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7F5C" w14:textId="77777777" w:rsidR="00130BB1" w:rsidRDefault="00933FC5">
      <w:pPr>
        <w:spacing w:after="60"/>
        <w:jc w:val="center"/>
      </w:pPr>
      <w:r>
        <w:rPr>
          <w:b/>
          <w:color w:val="7030A0"/>
          <w:sz w:val="26"/>
        </w:rPr>
        <w:t>WASPS OUT OF SCHOOL CLUB</w:t>
      </w:r>
    </w:p>
    <w:p w14:paraId="4DD1CB21" w14:textId="77777777" w:rsidR="00130BB1" w:rsidRDefault="00933FC5">
      <w:pPr>
        <w:spacing w:after="80"/>
        <w:jc w:val="center"/>
      </w:pPr>
      <w:r>
        <w:rPr>
          <w:b/>
          <w:color w:val="7030A0"/>
          <w:sz w:val="44"/>
        </w:rPr>
        <w:t>Parent Terms and Conditions</w:t>
      </w:r>
    </w:p>
    <w:p w14:paraId="046AA19C" w14:textId="77777777" w:rsidR="00130BB1" w:rsidRDefault="00933FC5">
      <w:pPr>
        <w:spacing w:after="280"/>
        <w:jc w:val="center"/>
      </w:pPr>
      <w:r>
        <w:rPr>
          <w:b/>
          <w:color w:val="505050"/>
        </w:rPr>
        <w:t>Effective from 1 September 2026</w:t>
      </w:r>
    </w:p>
    <w:p w14:paraId="09C69160" w14:textId="77777777" w:rsidR="00130BB1" w:rsidRDefault="00933FC5">
      <w:r>
        <w:t>These Terms and Conditions set out the contractual arrangements between WASPS Out of School Club (WASPS) and parents and carers using its childcare services. They apply to Breakfast Club, After School Club, Holiday Play Schemes and ad hoc bookings.</w:t>
      </w:r>
    </w:p>
    <w:p w14:paraId="21C3D017" w14:textId="77777777" w:rsidR="00130BB1" w:rsidRDefault="00933FC5">
      <w:r>
        <w:t>The WASPS Parent Handbook provides practical information for families but does not replace these contractual Terms and Conditions. The detailed WASPS Policies and Procedures explain how the setting operates and safeguards children.</w:t>
      </w:r>
    </w:p>
    <w:p w14:paraId="7012CF61" w14:textId="77777777" w:rsidR="00130BB1" w:rsidRDefault="00933FC5">
      <w:pPr>
        <w:spacing w:before="80" w:after="100"/>
      </w:pPr>
      <w:r>
        <w:rPr>
          <w:b/>
          <w:color w:val="7030A0"/>
          <w:sz w:val="22"/>
        </w:rPr>
        <w:t>Key contractual arrangements</w:t>
      </w:r>
    </w:p>
    <w:tbl>
      <w:tblPr>
        <w:tblW w:w="0" w:type="auto"/>
        <w:tblLayout w:type="fixed"/>
        <w:tblLook w:val="04A0" w:firstRow="1" w:lastRow="0" w:firstColumn="1" w:lastColumn="0" w:noHBand="0" w:noVBand="1"/>
      </w:tblPr>
      <w:tblGrid>
        <w:gridCol w:w="4873"/>
        <w:gridCol w:w="5216"/>
      </w:tblGrid>
      <w:tr w:rsidR="00130BB1" w14:paraId="63D1E5C6" w14:textId="77777777">
        <w:trPr>
          <w:tblHeader/>
        </w:trPr>
        <w:tc>
          <w:tcPr>
            <w:tcW w:w="4873" w:type="dxa"/>
            <w:shd w:val="clear" w:color="auto" w:fill="7030A0"/>
            <w:tcMar>
              <w:top w:w="90" w:type="dxa"/>
              <w:left w:w="120" w:type="dxa"/>
              <w:bottom w:w="90" w:type="dxa"/>
              <w:right w:w="120" w:type="dxa"/>
            </w:tcMar>
            <w:vAlign w:val="center"/>
          </w:tcPr>
          <w:p w14:paraId="1CAAB1F4" w14:textId="77777777" w:rsidR="00130BB1" w:rsidRDefault="00933FC5">
            <w:r>
              <w:rPr>
                <w:b/>
                <w:color w:val="FFFFFF"/>
                <w:sz w:val="20"/>
              </w:rPr>
              <w:t>Arrangement</w:t>
            </w:r>
          </w:p>
        </w:tc>
        <w:tc>
          <w:tcPr>
            <w:tcW w:w="4873" w:type="dxa"/>
            <w:shd w:val="clear" w:color="auto" w:fill="7030A0"/>
            <w:tcMar>
              <w:top w:w="90" w:type="dxa"/>
              <w:left w:w="120" w:type="dxa"/>
              <w:bottom w:w="90" w:type="dxa"/>
              <w:right w:w="120" w:type="dxa"/>
            </w:tcMar>
            <w:vAlign w:val="center"/>
          </w:tcPr>
          <w:p w14:paraId="5B799EE7" w14:textId="77777777" w:rsidR="00130BB1" w:rsidRDefault="00933FC5">
            <w:r>
              <w:rPr>
                <w:b/>
                <w:color w:val="FFFFFF"/>
                <w:sz w:val="20"/>
              </w:rPr>
              <w:t>Current term</w:t>
            </w:r>
          </w:p>
        </w:tc>
      </w:tr>
      <w:tr w:rsidR="00130BB1" w14:paraId="7E51A615" w14:textId="77777777">
        <w:tc>
          <w:tcPr>
            <w:tcW w:w="3572" w:type="dxa"/>
            <w:tcMar>
              <w:top w:w="90" w:type="dxa"/>
              <w:left w:w="120" w:type="dxa"/>
              <w:bottom w:w="90" w:type="dxa"/>
              <w:right w:w="120" w:type="dxa"/>
            </w:tcMar>
            <w:vAlign w:val="center"/>
          </w:tcPr>
          <w:p w14:paraId="0668BF50" w14:textId="77777777" w:rsidR="00130BB1" w:rsidRDefault="00933FC5">
            <w:pPr>
              <w:spacing w:after="0" w:line="240" w:lineRule="auto"/>
            </w:pPr>
            <w:r>
              <w:rPr>
                <w:b/>
                <w:sz w:val="19"/>
              </w:rPr>
              <w:t>Recurring booking cancellation/reduction</w:t>
            </w:r>
          </w:p>
        </w:tc>
        <w:tc>
          <w:tcPr>
            <w:tcW w:w="5216" w:type="dxa"/>
            <w:tcMar>
              <w:top w:w="90" w:type="dxa"/>
              <w:left w:w="120" w:type="dxa"/>
              <w:bottom w:w="90" w:type="dxa"/>
              <w:right w:w="120" w:type="dxa"/>
            </w:tcMar>
            <w:vAlign w:val="center"/>
          </w:tcPr>
          <w:p w14:paraId="7B80267E" w14:textId="77777777" w:rsidR="00130BB1" w:rsidRDefault="00933FC5">
            <w:pPr>
              <w:spacing w:after="0" w:line="240" w:lineRule="auto"/>
            </w:pPr>
            <w:r>
              <w:rPr>
                <w:sz w:val="19"/>
              </w:rPr>
              <w:t>4 weeks notice</w:t>
            </w:r>
          </w:p>
        </w:tc>
      </w:tr>
      <w:tr w:rsidR="00130BB1" w14:paraId="1D3EEA7B" w14:textId="77777777">
        <w:tc>
          <w:tcPr>
            <w:tcW w:w="3572" w:type="dxa"/>
            <w:tcMar>
              <w:top w:w="90" w:type="dxa"/>
              <w:left w:w="120" w:type="dxa"/>
              <w:bottom w:w="90" w:type="dxa"/>
              <w:right w:w="120" w:type="dxa"/>
            </w:tcMar>
            <w:vAlign w:val="center"/>
          </w:tcPr>
          <w:p w14:paraId="1D5D6CA4" w14:textId="77777777" w:rsidR="00130BB1" w:rsidRDefault="00933FC5">
            <w:pPr>
              <w:spacing w:after="0" w:line="240" w:lineRule="auto"/>
            </w:pPr>
            <w:r>
              <w:rPr>
                <w:b/>
                <w:sz w:val="19"/>
              </w:rPr>
              <w:t>Ad hoc cancellation</w:t>
            </w:r>
          </w:p>
        </w:tc>
        <w:tc>
          <w:tcPr>
            <w:tcW w:w="5216" w:type="dxa"/>
            <w:tcMar>
              <w:top w:w="90" w:type="dxa"/>
              <w:left w:w="120" w:type="dxa"/>
              <w:bottom w:w="90" w:type="dxa"/>
              <w:right w:w="120" w:type="dxa"/>
            </w:tcMar>
            <w:vAlign w:val="center"/>
          </w:tcPr>
          <w:p w14:paraId="241D908B" w14:textId="77777777" w:rsidR="00130BB1" w:rsidRDefault="00933FC5">
            <w:pPr>
              <w:spacing w:after="0" w:line="240" w:lineRule="auto"/>
            </w:pPr>
            <w:r>
              <w:rPr>
                <w:sz w:val="19"/>
              </w:rPr>
              <w:t>5 days notice; payable in full at booking</w:t>
            </w:r>
          </w:p>
        </w:tc>
      </w:tr>
      <w:tr w:rsidR="00130BB1" w14:paraId="5DFE5D8C" w14:textId="77777777">
        <w:tc>
          <w:tcPr>
            <w:tcW w:w="3572" w:type="dxa"/>
            <w:tcMar>
              <w:top w:w="90" w:type="dxa"/>
              <w:left w:w="120" w:type="dxa"/>
              <w:bottom w:w="90" w:type="dxa"/>
              <w:right w:w="120" w:type="dxa"/>
            </w:tcMar>
            <w:vAlign w:val="center"/>
          </w:tcPr>
          <w:p w14:paraId="11B63D30" w14:textId="77777777" w:rsidR="00130BB1" w:rsidRDefault="00933FC5">
            <w:pPr>
              <w:spacing w:after="0" w:line="240" w:lineRule="auto"/>
            </w:pPr>
            <w:r>
              <w:rPr>
                <w:b/>
                <w:sz w:val="19"/>
              </w:rPr>
              <w:t>Holiday Play Scheme cancellation</w:t>
            </w:r>
          </w:p>
        </w:tc>
        <w:tc>
          <w:tcPr>
            <w:tcW w:w="5216" w:type="dxa"/>
            <w:tcMar>
              <w:top w:w="90" w:type="dxa"/>
              <w:left w:w="120" w:type="dxa"/>
              <w:bottom w:w="90" w:type="dxa"/>
              <w:right w:w="120" w:type="dxa"/>
            </w:tcMar>
            <w:vAlign w:val="center"/>
          </w:tcPr>
          <w:p w14:paraId="17561F60" w14:textId="77777777" w:rsidR="00130BB1" w:rsidRDefault="00933FC5">
            <w:pPr>
              <w:spacing w:after="0" w:line="240" w:lineRule="auto"/>
            </w:pPr>
            <w:r>
              <w:rPr>
                <w:sz w:val="19"/>
              </w:rPr>
              <w:t>2 weeks notice; £5 deposit per child, per session is non-refundable on parent cancellation</w:t>
            </w:r>
          </w:p>
        </w:tc>
      </w:tr>
      <w:tr w:rsidR="00130BB1" w14:paraId="77D2D5B6" w14:textId="77777777">
        <w:tc>
          <w:tcPr>
            <w:tcW w:w="3572" w:type="dxa"/>
            <w:tcMar>
              <w:top w:w="90" w:type="dxa"/>
              <w:left w:w="120" w:type="dxa"/>
              <w:bottom w:w="90" w:type="dxa"/>
              <w:right w:w="120" w:type="dxa"/>
            </w:tcMar>
            <w:vAlign w:val="center"/>
          </w:tcPr>
          <w:p w14:paraId="02579C21" w14:textId="77777777" w:rsidR="00130BB1" w:rsidRDefault="00933FC5">
            <w:pPr>
              <w:spacing w:after="0" w:line="240" w:lineRule="auto"/>
            </w:pPr>
            <w:r>
              <w:rPr>
                <w:b/>
                <w:sz w:val="19"/>
              </w:rPr>
              <w:t>Recurring fees</w:t>
            </w:r>
          </w:p>
        </w:tc>
        <w:tc>
          <w:tcPr>
            <w:tcW w:w="5216" w:type="dxa"/>
            <w:tcMar>
              <w:top w:w="90" w:type="dxa"/>
              <w:left w:w="120" w:type="dxa"/>
              <w:bottom w:w="90" w:type="dxa"/>
              <w:right w:w="120" w:type="dxa"/>
            </w:tcMar>
            <w:vAlign w:val="center"/>
          </w:tcPr>
          <w:p w14:paraId="760D5069" w14:textId="77777777" w:rsidR="00130BB1" w:rsidRDefault="00933FC5">
            <w:pPr>
              <w:spacing w:after="0" w:line="240" w:lineRule="auto"/>
            </w:pPr>
            <w:r>
              <w:rPr>
                <w:sz w:val="19"/>
              </w:rPr>
              <w:t>Monthly in advance by the 1st of each month</w:t>
            </w:r>
          </w:p>
        </w:tc>
      </w:tr>
      <w:tr w:rsidR="00130BB1" w14:paraId="3F4930F4" w14:textId="77777777">
        <w:tc>
          <w:tcPr>
            <w:tcW w:w="3572" w:type="dxa"/>
            <w:tcMar>
              <w:top w:w="90" w:type="dxa"/>
              <w:left w:w="120" w:type="dxa"/>
              <w:bottom w:w="90" w:type="dxa"/>
              <w:right w:w="120" w:type="dxa"/>
            </w:tcMar>
            <w:vAlign w:val="center"/>
          </w:tcPr>
          <w:p w14:paraId="6E5DAAEA" w14:textId="77777777" w:rsidR="00130BB1" w:rsidRDefault="00933FC5">
            <w:pPr>
              <w:spacing w:after="0" w:line="240" w:lineRule="auto"/>
            </w:pPr>
            <w:r>
              <w:rPr>
                <w:b/>
                <w:sz w:val="19"/>
              </w:rPr>
              <w:t>Holiday Play Scheme balance</w:t>
            </w:r>
          </w:p>
        </w:tc>
        <w:tc>
          <w:tcPr>
            <w:tcW w:w="5216" w:type="dxa"/>
            <w:tcMar>
              <w:top w:w="90" w:type="dxa"/>
              <w:left w:w="120" w:type="dxa"/>
              <w:bottom w:w="90" w:type="dxa"/>
              <w:right w:w="120" w:type="dxa"/>
            </w:tcMar>
            <w:vAlign w:val="center"/>
          </w:tcPr>
          <w:p w14:paraId="1A72C055" w14:textId="77777777" w:rsidR="00130BB1" w:rsidRDefault="00933FC5">
            <w:pPr>
              <w:spacing w:after="0" w:line="240" w:lineRule="auto"/>
            </w:pPr>
            <w:r>
              <w:rPr>
                <w:sz w:val="19"/>
              </w:rPr>
              <w:t>Due by the 1st of the month in which the Play Scheme takes place</w:t>
            </w:r>
          </w:p>
        </w:tc>
      </w:tr>
      <w:tr w:rsidR="00130BB1" w14:paraId="79C5C712" w14:textId="77777777">
        <w:tc>
          <w:tcPr>
            <w:tcW w:w="3572" w:type="dxa"/>
            <w:tcMar>
              <w:top w:w="90" w:type="dxa"/>
              <w:left w:w="120" w:type="dxa"/>
              <w:bottom w:w="90" w:type="dxa"/>
              <w:right w:w="120" w:type="dxa"/>
            </w:tcMar>
            <w:vAlign w:val="center"/>
          </w:tcPr>
          <w:p w14:paraId="75E7E3B1" w14:textId="77777777" w:rsidR="00130BB1" w:rsidRDefault="00933FC5">
            <w:pPr>
              <w:spacing w:after="0" w:line="240" w:lineRule="auto"/>
            </w:pPr>
            <w:r>
              <w:rPr>
                <w:b/>
                <w:sz w:val="19"/>
              </w:rPr>
              <w:t>Late payment</w:t>
            </w:r>
          </w:p>
        </w:tc>
        <w:tc>
          <w:tcPr>
            <w:tcW w:w="5216" w:type="dxa"/>
            <w:tcMar>
              <w:top w:w="90" w:type="dxa"/>
              <w:left w:w="120" w:type="dxa"/>
              <w:bottom w:w="90" w:type="dxa"/>
              <w:right w:w="120" w:type="dxa"/>
            </w:tcMar>
            <w:vAlign w:val="center"/>
          </w:tcPr>
          <w:p w14:paraId="5C170272" w14:textId="77777777" w:rsidR="00130BB1" w:rsidRDefault="00933FC5">
            <w:pPr>
              <w:spacing w:after="0" w:line="240" w:lineRule="auto"/>
            </w:pPr>
            <w:r>
              <w:rPr>
                <w:sz w:val="19"/>
              </w:rPr>
              <w:t>£1 per day, applied reasonably and proportionately</w:t>
            </w:r>
          </w:p>
        </w:tc>
      </w:tr>
      <w:tr w:rsidR="00130BB1" w14:paraId="507C0292" w14:textId="77777777">
        <w:tc>
          <w:tcPr>
            <w:tcW w:w="3572" w:type="dxa"/>
            <w:tcMar>
              <w:top w:w="90" w:type="dxa"/>
              <w:left w:w="120" w:type="dxa"/>
              <w:bottom w:w="90" w:type="dxa"/>
              <w:right w:w="120" w:type="dxa"/>
            </w:tcMar>
            <w:vAlign w:val="center"/>
          </w:tcPr>
          <w:p w14:paraId="337300D1" w14:textId="77777777" w:rsidR="00130BB1" w:rsidRDefault="00933FC5">
            <w:pPr>
              <w:spacing w:after="0" w:line="240" w:lineRule="auto"/>
            </w:pPr>
            <w:r>
              <w:rPr>
                <w:b/>
                <w:sz w:val="19"/>
              </w:rPr>
              <w:t>Late collection after 6.15pm</w:t>
            </w:r>
          </w:p>
        </w:tc>
        <w:tc>
          <w:tcPr>
            <w:tcW w:w="5216" w:type="dxa"/>
            <w:tcMar>
              <w:top w:w="90" w:type="dxa"/>
              <w:left w:w="120" w:type="dxa"/>
              <w:bottom w:w="90" w:type="dxa"/>
              <w:right w:w="120" w:type="dxa"/>
            </w:tcMar>
            <w:vAlign w:val="center"/>
          </w:tcPr>
          <w:p w14:paraId="5DF30E64" w14:textId="77777777" w:rsidR="00130BB1" w:rsidRDefault="00933FC5">
            <w:pPr>
              <w:spacing w:after="0" w:line="240" w:lineRule="auto"/>
            </w:pPr>
            <w:r>
              <w:rPr>
                <w:sz w:val="19"/>
              </w:rPr>
              <w:t>£15 per 15 minutes, or part thereof</w:t>
            </w:r>
          </w:p>
        </w:tc>
      </w:tr>
      <w:tr w:rsidR="00130BB1" w14:paraId="3EAD1D11" w14:textId="77777777">
        <w:tc>
          <w:tcPr>
            <w:tcW w:w="3572" w:type="dxa"/>
            <w:tcMar>
              <w:top w:w="90" w:type="dxa"/>
              <w:left w:w="120" w:type="dxa"/>
              <w:bottom w:w="90" w:type="dxa"/>
              <w:right w:w="120" w:type="dxa"/>
            </w:tcMar>
            <w:vAlign w:val="center"/>
          </w:tcPr>
          <w:p w14:paraId="407B78A0" w14:textId="77777777" w:rsidR="00130BB1" w:rsidRDefault="00933FC5">
            <w:pPr>
              <w:spacing w:after="0" w:line="240" w:lineRule="auto"/>
            </w:pPr>
            <w:r>
              <w:rPr>
                <w:b/>
                <w:sz w:val="19"/>
              </w:rPr>
              <w:t>Booked to 5.15pm but collected later</w:t>
            </w:r>
          </w:p>
        </w:tc>
        <w:tc>
          <w:tcPr>
            <w:tcW w:w="5216" w:type="dxa"/>
            <w:tcMar>
              <w:top w:w="90" w:type="dxa"/>
              <w:left w:w="120" w:type="dxa"/>
              <w:bottom w:w="90" w:type="dxa"/>
              <w:right w:w="120" w:type="dxa"/>
            </w:tcMar>
            <w:vAlign w:val="center"/>
          </w:tcPr>
          <w:p w14:paraId="5BCF66F1" w14:textId="77777777" w:rsidR="00130BB1" w:rsidRDefault="00933FC5">
            <w:pPr>
              <w:spacing w:after="0" w:line="240" w:lineRule="auto"/>
            </w:pPr>
            <w:r>
              <w:rPr>
                <w:sz w:val="19"/>
              </w:rPr>
              <w:t>Additional £6 charge for extension to the 6.15pm session</w:t>
            </w:r>
          </w:p>
        </w:tc>
      </w:tr>
      <w:tr w:rsidR="00130BB1" w14:paraId="6F6376A0" w14:textId="77777777">
        <w:tc>
          <w:tcPr>
            <w:tcW w:w="3572" w:type="dxa"/>
            <w:tcMar>
              <w:top w:w="90" w:type="dxa"/>
              <w:left w:w="120" w:type="dxa"/>
              <w:bottom w:w="90" w:type="dxa"/>
              <w:right w:w="120" w:type="dxa"/>
            </w:tcMar>
            <w:vAlign w:val="center"/>
          </w:tcPr>
          <w:p w14:paraId="1240F623" w14:textId="77777777" w:rsidR="00130BB1" w:rsidRDefault="00933FC5">
            <w:pPr>
              <w:spacing w:after="0" w:line="240" w:lineRule="auto"/>
            </w:pPr>
            <w:r>
              <w:rPr>
                <w:b/>
                <w:sz w:val="19"/>
              </w:rPr>
              <w:t>Failure to notify absence</w:t>
            </w:r>
          </w:p>
        </w:tc>
        <w:tc>
          <w:tcPr>
            <w:tcW w:w="5216" w:type="dxa"/>
            <w:tcMar>
              <w:top w:w="90" w:type="dxa"/>
              <w:left w:w="120" w:type="dxa"/>
              <w:bottom w:w="90" w:type="dxa"/>
              <w:right w:w="120" w:type="dxa"/>
            </w:tcMar>
            <w:vAlign w:val="center"/>
          </w:tcPr>
          <w:p w14:paraId="612F51D6" w14:textId="77777777" w:rsidR="00130BB1" w:rsidRDefault="00933FC5">
            <w:pPr>
              <w:spacing w:after="0" w:line="240" w:lineRule="auto"/>
            </w:pPr>
            <w:r>
              <w:rPr>
                <w:sz w:val="19"/>
              </w:rPr>
              <w:t>£2 non-notification charge</w:t>
            </w:r>
          </w:p>
        </w:tc>
      </w:tr>
      <w:tr w:rsidR="00130BB1" w14:paraId="49ADDFB1" w14:textId="77777777">
        <w:tc>
          <w:tcPr>
            <w:tcW w:w="3572" w:type="dxa"/>
            <w:tcMar>
              <w:top w:w="90" w:type="dxa"/>
              <w:left w:w="120" w:type="dxa"/>
              <w:bottom w:w="90" w:type="dxa"/>
              <w:right w:w="120" w:type="dxa"/>
            </w:tcMar>
            <w:vAlign w:val="center"/>
          </w:tcPr>
          <w:p w14:paraId="55CAC9F1" w14:textId="77777777" w:rsidR="00130BB1" w:rsidRDefault="00933FC5">
            <w:pPr>
              <w:spacing w:after="0" w:line="240" w:lineRule="auto"/>
            </w:pPr>
            <w:r>
              <w:rPr>
                <w:b/>
                <w:sz w:val="19"/>
              </w:rPr>
              <w:t>Notice of recurring fee increases</w:t>
            </w:r>
          </w:p>
        </w:tc>
        <w:tc>
          <w:tcPr>
            <w:tcW w:w="5216" w:type="dxa"/>
            <w:tcMar>
              <w:top w:w="90" w:type="dxa"/>
              <w:left w:w="120" w:type="dxa"/>
              <w:bottom w:w="90" w:type="dxa"/>
              <w:right w:w="120" w:type="dxa"/>
            </w:tcMar>
            <w:vAlign w:val="center"/>
          </w:tcPr>
          <w:p w14:paraId="5FB1F917" w14:textId="77777777" w:rsidR="00130BB1" w:rsidRDefault="00933FC5">
            <w:pPr>
              <w:spacing w:after="0" w:line="240" w:lineRule="auto"/>
            </w:pPr>
            <w:r>
              <w:rPr>
                <w:sz w:val="19"/>
              </w:rPr>
              <w:t>Minimum 12 weeks</w:t>
            </w:r>
          </w:p>
        </w:tc>
      </w:tr>
    </w:tbl>
    <w:p w14:paraId="2E6B5834" w14:textId="77777777" w:rsidR="00130BB1" w:rsidRDefault="00130BB1"/>
    <w:p w14:paraId="672380A1" w14:textId="77777777" w:rsidR="00130BB1" w:rsidRDefault="00933FC5">
      <w:pPr>
        <w:pStyle w:val="Heading1"/>
        <w:spacing w:before="200" w:after="80"/>
      </w:pPr>
      <w:r>
        <w:t>1. Registration and Acceptance</w:t>
      </w:r>
    </w:p>
    <w:p w14:paraId="580A941A" w14:textId="77777777" w:rsidR="00130BB1" w:rsidRDefault="00933FC5">
      <w:r>
        <w:t>All children must be fully registered with WASPS before attending.</w:t>
      </w:r>
    </w:p>
    <w:p w14:paraId="28E08DB3" w14:textId="77777777" w:rsidR="00130BB1" w:rsidRDefault="00933FC5">
      <w:r>
        <w:t>Parents and carers are responsible for ensuring that the information held on MagicBooking is accurate, complete and kept up to date.</w:t>
      </w:r>
    </w:p>
    <w:p w14:paraId="49A8E737" w14:textId="77777777" w:rsidR="00130BB1" w:rsidRDefault="00933FC5">
      <w:r>
        <w:t>By registering with WASPS and making or accepting a childcare booking, parents and carers confirm that they have read, understood and agree to these Terms and Conditions.</w:t>
      </w:r>
    </w:p>
    <w:p w14:paraId="6FBB04FD" w14:textId="77777777" w:rsidR="00130BB1" w:rsidRDefault="00933FC5">
      <w:r>
        <w:t>Acceptance through MagicBooking, including acceptance as part of the registration or booking process, forms part of the agreement between WASPS and the parent or carer.</w:t>
      </w:r>
    </w:p>
    <w:p w14:paraId="74BB6035" w14:textId="77777777" w:rsidR="00130BB1" w:rsidRDefault="00933FC5">
      <w:r>
        <w:t>Registration with WASPS does not guarantee a childcare place.</w:t>
      </w:r>
    </w:p>
    <w:p w14:paraId="5366CCA9" w14:textId="77777777" w:rsidR="00130BB1" w:rsidRDefault="00933FC5">
      <w:pPr>
        <w:pStyle w:val="Heading1"/>
        <w:spacing w:before="200" w:after="80"/>
      </w:pPr>
      <w:r>
        <w:t>2. Childcare Places and Bookings</w:t>
      </w:r>
    </w:p>
    <w:p w14:paraId="29C64F87" w14:textId="77777777" w:rsidR="00130BB1" w:rsidRDefault="00933FC5">
      <w:r>
        <w:t>All bookings are subject to availability and confirmation by WASPS.</w:t>
      </w:r>
    </w:p>
    <w:p w14:paraId="37E5C99B" w14:textId="77777777" w:rsidR="00130BB1" w:rsidRDefault="00933FC5">
      <w:r>
        <w:lastRenderedPageBreak/>
        <w:t>When considering whether a booking can be accepted, WASPS will take account of matters including:</w:t>
      </w:r>
    </w:p>
    <w:p w14:paraId="057417CE" w14:textId="77777777" w:rsidR="00130BB1" w:rsidRDefault="00933FC5">
      <w:pPr>
        <w:pStyle w:val="ListBullet"/>
        <w:spacing w:after="40" w:line="252" w:lineRule="auto"/>
      </w:pPr>
      <w:r>
        <w:t>available places;</w:t>
      </w:r>
    </w:p>
    <w:p w14:paraId="51C1DACE" w14:textId="77777777" w:rsidR="00130BB1" w:rsidRDefault="00933FC5">
      <w:pPr>
        <w:pStyle w:val="ListBullet"/>
        <w:spacing w:after="40" w:line="252" w:lineRule="auto"/>
      </w:pPr>
      <w:r>
        <w:t>staffing and required ratios;</w:t>
      </w:r>
    </w:p>
    <w:p w14:paraId="14F3E7AE" w14:textId="77777777" w:rsidR="00130BB1" w:rsidRDefault="00933FC5">
      <w:pPr>
        <w:pStyle w:val="ListBullet"/>
        <w:spacing w:after="40" w:line="252" w:lineRule="auto"/>
      </w:pPr>
      <w:r>
        <w:t>transport arrangements;</w:t>
      </w:r>
    </w:p>
    <w:p w14:paraId="6C0BC5B1" w14:textId="77777777" w:rsidR="00130BB1" w:rsidRDefault="00933FC5">
      <w:pPr>
        <w:pStyle w:val="ListBullet"/>
        <w:spacing w:after="40" w:line="252" w:lineRule="auto"/>
      </w:pPr>
      <w:r>
        <w:t>premises and operational requirements;</w:t>
      </w:r>
    </w:p>
    <w:p w14:paraId="1AABFC15" w14:textId="77777777" w:rsidR="00130BB1" w:rsidRDefault="00933FC5">
      <w:pPr>
        <w:pStyle w:val="ListBullet"/>
        <w:spacing w:after="40" w:line="252" w:lineRule="auto"/>
      </w:pPr>
      <w:r>
        <w:t>medical or allergy needs;</w:t>
      </w:r>
    </w:p>
    <w:p w14:paraId="52F270F1" w14:textId="77777777" w:rsidR="00130BB1" w:rsidRDefault="00933FC5">
      <w:pPr>
        <w:pStyle w:val="ListBullet"/>
        <w:spacing w:after="40" w:line="252" w:lineRule="auto"/>
      </w:pPr>
      <w:r>
        <w:t>SEND and additional support requirements;</w:t>
      </w:r>
    </w:p>
    <w:p w14:paraId="39E3BA0C" w14:textId="77777777" w:rsidR="00130BB1" w:rsidRDefault="00933FC5">
      <w:pPr>
        <w:pStyle w:val="ListBullet"/>
        <w:spacing w:after="40" w:line="252" w:lineRule="auto"/>
      </w:pPr>
      <w:r>
        <w:t>the safe care of all children attending.</w:t>
      </w:r>
    </w:p>
    <w:p w14:paraId="706538CC" w14:textId="77777777" w:rsidR="00130BB1" w:rsidRDefault="00933FC5">
      <w:r>
        <w:t>A booking is not confirmed until it has been accepted by WASPS through MagicBooking or another arrangement expressly agreed by the Proprietor.</w:t>
      </w:r>
    </w:p>
    <w:p w14:paraId="7640CD29" w14:textId="77777777" w:rsidR="00130BB1" w:rsidRDefault="00933FC5">
      <w:pPr>
        <w:pStyle w:val="Heading1"/>
        <w:spacing w:before="200" w:after="80"/>
      </w:pPr>
      <w:r>
        <w:t>3. Recurring Bookings</w:t>
      </w:r>
    </w:p>
    <w:p w14:paraId="2F0BA331" w14:textId="77777777" w:rsidR="00130BB1" w:rsidRDefault="00933FC5">
      <w:r>
        <w:t>Recurring Breakfast Club and After School Club bookings reserve specific sessions for the child on an ongoing basis.</w:t>
      </w:r>
    </w:p>
    <w:p w14:paraId="6C806E08" w14:textId="77777777" w:rsidR="00130BB1" w:rsidRDefault="00933FC5">
      <w:r>
        <w:t>Parents and carers must give four weeks' notice to cancel a recurring booking.</w:t>
      </w:r>
    </w:p>
    <w:p w14:paraId="160A23F1" w14:textId="77777777" w:rsidR="00130BB1" w:rsidRDefault="00933FC5">
      <w:r>
        <w:t>The four-week notice period begins from the date WASPS receives the cancellation request.</w:t>
      </w:r>
    </w:p>
    <w:p w14:paraId="1E1191EB" w14:textId="77777777" w:rsidR="00130BB1" w:rsidRDefault="00933FC5">
      <w:r>
        <w:t>Fees remain payable for contracted sessions falling within the four-week notice period whether or not the child attends.</w:t>
      </w:r>
    </w:p>
    <w:p w14:paraId="2317B525" w14:textId="77777777" w:rsidR="00130BB1" w:rsidRDefault="00933FC5">
      <w:r>
        <w:t>The Proprietor may waive or reduce the notice period in exceptional circumstances.</w:t>
      </w:r>
    </w:p>
    <w:p w14:paraId="5F8D1EF0" w14:textId="77777777" w:rsidR="00130BB1" w:rsidRDefault="00933FC5">
      <w:pPr>
        <w:pStyle w:val="Heading1"/>
        <w:spacing w:before="200" w:after="80"/>
      </w:pPr>
      <w:r>
        <w:t>4. Changes to Recurring Bookings</w:t>
      </w:r>
    </w:p>
    <w:p w14:paraId="43E8B681" w14:textId="77777777" w:rsidR="00130BB1" w:rsidRDefault="00933FC5">
      <w:r>
        <w:t>Parents and carers must give four weeks' notice to permanently reduce or remove sessions from a recurring booking.</w:t>
      </w:r>
    </w:p>
    <w:p w14:paraId="51AE3A1F" w14:textId="77777777" w:rsidR="00130BB1" w:rsidRDefault="00933FC5">
      <w:r>
        <w:t>Fees for the existing contracted sessions remain payable throughout the four-week notice period.</w:t>
      </w:r>
    </w:p>
    <w:p w14:paraId="23F88723" w14:textId="77777777" w:rsidR="00130BB1" w:rsidRDefault="00933FC5">
      <w:r>
        <w:t>Requests to increase hours, add sessions or change booked days may be accepted sooner, subject to availability and the safe operation of the provision.</w:t>
      </w:r>
    </w:p>
    <w:p w14:paraId="10651552" w14:textId="77777777" w:rsidR="00130BB1" w:rsidRDefault="00933FC5">
      <w:r>
        <w:t>A change is not confirmed until it has been accepted by WASPS and the booking has been updated on MagicBooking.</w:t>
      </w:r>
    </w:p>
    <w:p w14:paraId="10EFA8D5" w14:textId="77777777" w:rsidR="00130BB1" w:rsidRDefault="00933FC5">
      <w:pPr>
        <w:pStyle w:val="Heading1"/>
        <w:spacing w:before="200" w:after="80"/>
      </w:pPr>
      <w:r>
        <w:t>5. No Swapping of Recurring Sessions</w:t>
      </w:r>
    </w:p>
    <w:p w14:paraId="552CB624" w14:textId="77777777" w:rsidR="00130BB1" w:rsidRDefault="00933FC5">
      <w:r>
        <w:t>Recurring sessions are reserved for the specific days booked and cannot be swapped, transferred or carried over to another day.</w:t>
      </w:r>
    </w:p>
    <w:p w14:paraId="2F5456D9" w14:textId="77777777" w:rsidR="00130BB1" w:rsidRDefault="00933FC5">
      <w:r>
        <w:t>If a child does not attend their contracted session, the fee remains payable and the unused session cannot be used as credit towards another date.</w:t>
      </w:r>
    </w:p>
    <w:p w14:paraId="51949F85" w14:textId="77777777" w:rsidR="00130BB1" w:rsidRDefault="00933FC5">
      <w:r>
        <w:t>Childcare required on another or additional day must be booked separately as an ad hoc booking.</w:t>
      </w:r>
    </w:p>
    <w:p w14:paraId="4DB87F3E" w14:textId="77777777" w:rsidR="00130BB1" w:rsidRDefault="00933FC5">
      <w:pPr>
        <w:pStyle w:val="Heading1"/>
        <w:spacing w:before="200" w:after="80"/>
      </w:pPr>
      <w:r>
        <w:t>6. Ad Hoc Bookings</w:t>
      </w:r>
    </w:p>
    <w:p w14:paraId="39F643C4" w14:textId="77777777" w:rsidR="00130BB1" w:rsidRDefault="00933FC5">
      <w:r>
        <w:t>Ad hoc bookings are subject to availability and must be paid in full at the time of booking.</w:t>
      </w:r>
    </w:p>
    <w:p w14:paraId="379292AA" w14:textId="77777777" w:rsidR="00130BB1" w:rsidRDefault="00933FC5">
      <w:r>
        <w:t>Parents and carers must give at least five days' notice to cancel an ad hoc booking.</w:t>
      </w:r>
    </w:p>
    <w:p w14:paraId="0D116325" w14:textId="77777777" w:rsidR="00130BB1" w:rsidRDefault="00933FC5">
      <w:r>
        <w:t>Where at least five days' notice is given, the payment will be refunded or credited as appropriate.</w:t>
      </w:r>
    </w:p>
    <w:p w14:paraId="6F153EAE" w14:textId="77777777" w:rsidR="00130BB1" w:rsidRDefault="00933FC5">
      <w:r>
        <w:t>Where less than five days' notice is given, the full session fee remains payable and no refund or credit will normally be given.</w:t>
      </w:r>
    </w:p>
    <w:p w14:paraId="1D129AEA" w14:textId="77777777" w:rsidR="00130BB1" w:rsidRDefault="00933FC5">
      <w:r>
        <w:lastRenderedPageBreak/>
        <w:t>Ad hoc bookings are made for a specific child, date and session and cannot be swapped, transferred or carried over to another date.</w:t>
      </w:r>
    </w:p>
    <w:p w14:paraId="6DCDC6AA" w14:textId="77777777" w:rsidR="00130BB1" w:rsidRDefault="00933FC5">
      <w:r>
        <w:t>Any childcare required on a different date must be booked separately.</w:t>
      </w:r>
    </w:p>
    <w:p w14:paraId="0A4B68CA" w14:textId="77777777" w:rsidR="00130BB1" w:rsidRDefault="00933FC5">
      <w:r>
        <w:t>Exceptional circumstances may be considered by the Proprietor.</w:t>
      </w:r>
    </w:p>
    <w:p w14:paraId="09FFB8C5" w14:textId="77777777" w:rsidR="00130BB1" w:rsidRDefault="00933FC5">
      <w:pPr>
        <w:pStyle w:val="Heading1"/>
        <w:spacing w:before="200" w:after="80"/>
      </w:pPr>
      <w:r>
        <w:t>7. Holiday Play Scheme Bookings</w:t>
      </w:r>
    </w:p>
    <w:p w14:paraId="32601790" w14:textId="77777777" w:rsidR="00130BB1" w:rsidRDefault="00933FC5">
      <w:r>
        <w:t>Holiday Play Scheme bookings are subject to availability.</w:t>
      </w:r>
    </w:p>
    <w:p w14:paraId="2B74B96B" w14:textId="77777777" w:rsidR="00130BB1" w:rsidRDefault="00933FC5">
      <w:r>
        <w:t>A £5 deposit per child, per session is payable when the booking is made.</w:t>
      </w:r>
    </w:p>
    <w:p w14:paraId="37FA0A00" w14:textId="77777777" w:rsidR="00130BB1" w:rsidRDefault="00933FC5">
      <w:r>
        <w:t>The deposit forms part of the total session fee and secures the child's place.</w:t>
      </w:r>
    </w:p>
    <w:p w14:paraId="0E5E6A76" w14:textId="77777777" w:rsidR="00130BB1" w:rsidRDefault="00933FC5">
      <w:r>
        <w:t>The remaining balance must be paid in full by the 1st day of the month in which the Holiday Play Scheme takes place.</w:t>
      </w:r>
    </w:p>
    <w:p w14:paraId="5726D6C8" w14:textId="77777777" w:rsidR="00130BB1" w:rsidRDefault="00933FC5">
      <w:r>
        <w:t>For example, where the Play Scheme takes place during August, the outstanding balance must be paid by 1 August.</w:t>
      </w:r>
    </w:p>
    <w:p w14:paraId="080A8D0D" w14:textId="77777777" w:rsidR="00130BB1" w:rsidRDefault="00933FC5">
      <w:r>
        <w:t>Bookings made after the 1st day of the month in which the Play Scheme takes place will be charged at the higher booking rate applicable at the time of booking. The applicable price will be made clear before the booking is confirmed.</w:t>
      </w:r>
    </w:p>
    <w:p w14:paraId="17D1EFC3" w14:textId="77777777" w:rsidR="00130BB1" w:rsidRDefault="00933FC5">
      <w:pPr>
        <w:pStyle w:val="Heading1"/>
        <w:spacing w:before="200" w:after="80"/>
      </w:pPr>
      <w:r>
        <w:t>8. Holiday Play Scheme Cancellations</w:t>
      </w:r>
    </w:p>
    <w:p w14:paraId="6BE7BC9E" w14:textId="77777777" w:rsidR="00130BB1" w:rsidRDefault="00933FC5">
      <w:r>
        <w:t>Parents and carers must give at least two weeks' notice to cancel a Holiday Play Scheme booking.</w:t>
      </w:r>
    </w:p>
    <w:p w14:paraId="343BDCC1" w14:textId="77777777" w:rsidR="00130BB1" w:rsidRDefault="00933FC5">
      <w:r>
        <w:t>Where the required notice is given, any amount paid above the booking deposit will be refunded or credited as appropriate.</w:t>
      </w:r>
    </w:p>
    <w:p w14:paraId="7790AC8E" w14:textId="77777777" w:rsidR="00130BB1" w:rsidRDefault="00933FC5">
      <w:r>
        <w:t>The £5 deposit per child, per session is non-refundable where the parent or carer cancels the booking.</w:t>
      </w:r>
    </w:p>
    <w:p w14:paraId="0438B8A1" w14:textId="77777777" w:rsidR="00130BB1" w:rsidRDefault="00933FC5">
      <w:r>
        <w:t>Where less than two weeks' notice is given, the booked session fee remains payable.</w:t>
      </w:r>
    </w:p>
    <w:p w14:paraId="0F0FA17A" w14:textId="77777777" w:rsidR="00130BB1" w:rsidRDefault="00933FC5">
      <w:r>
        <w:t>Holiday Play Scheme sessions cannot be swapped, transferred or carried over to another date.</w:t>
      </w:r>
    </w:p>
    <w:p w14:paraId="65B28682" w14:textId="77777777" w:rsidR="00130BB1" w:rsidRDefault="00933FC5">
      <w:r>
        <w:t>Where WASPS cancels a session, or retaining a payment would otherwise be unlawful or unfair, the appropriate refund or credit will be provided.</w:t>
      </w:r>
    </w:p>
    <w:p w14:paraId="0CDF041E" w14:textId="77777777" w:rsidR="00130BB1" w:rsidRDefault="00933FC5">
      <w:pPr>
        <w:pStyle w:val="Heading1"/>
        <w:spacing w:before="200" w:after="80"/>
      </w:pPr>
      <w:r>
        <w:t>9. Fees for Recurring Bookings</w:t>
      </w:r>
    </w:p>
    <w:p w14:paraId="62ADB309" w14:textId="77777777" w:rsidR="00130BB1" w:rsidRDefault="00933FC5">
      <w:r>
        <w:t>Breakfast Club and After School Club recurring fees are payable monthly in advance.</w:t>
      </w:r>
    </w:p>
    <w:p w14:paraId="3CBA4CB1" w14:textId="77777777" w:rsidR="00130BB1" w:rsidRDefault="00933FC5">
      <w:r>
        <w:t>Payment must be received by WASPS by the 1st day of each month for the childcare booked for that month.</w:t>
      </w:r>
    </w:p>
    <w:p w14:paraId="521CF5C5" w14:textId="77777777" w:rsidR="00130BB1" w:rsidRDefault="00933FC5">
      <w:r>
        <w:t>Parents and carers are responsible for ensuring payment reaches WASPS by the due date.</w:t>
      </w:r>
    </w:p>
    <w:p w14:paraId="3C0D6DBE" w14:textId="77777777" w:rsidR="00130BB1" w:rsidRDefault="00933FC5">
      <w:r>
        <w:t>WASPS accepts approved payment methods including Tax-Free Childcare and childcare vouchers.</w:t>
      </w:r>
    </w:p>
    <w:p w14:paraId="6A37F06E" w14:textId="77777777" w:rsidR="00130BB1" w:rsidRDefault="00933FC5">
      <w:r>
        <w:t>Where Universal Credit childcare evidence is required, parents and carers may use appropriate MagicBooking statements or request suitable evidence from WASPS.</w:t>
      </w:r>
    </w:p>
    <w:p w14:paraId="7F0FA711" w14:textId="77777777" w:rsidR="00130BB1" w:rsidRDefault="00933FC5">
      <w:pPr>
        <w:pStyle w:val="Heading1"/>
        <w:spacing w:before="200" w:after="80"/>
      </w:pPr>
      <w:r>
        <w:t>10. Late Payment</w:t>
      </w:r>
    </w:p>
    <w:p w14:paraId="168921BA" w14:textId="77777777" w:rsidR="00130BB1" w:rsidRDefault="00933FC5">
      <w:r>
        <w:t>Where the required payment has not been received by the due date, a late-payment charge of £1 per day will be added to the account for each day the payment remains outstanding.</w:t>
      </w:r>
    </w:p>
    <w:p w14:paraId="25DF9B70" w14:textId="77777777" w:rsidR="00130BB1" w:rsidRDefault="00933FC5">
      <w:r>
        <w:lastRenderedPageBreak/>
        <w:t>The £1 per day late-payment charge will be applied reasonably and proportionately. WASPS may stop, reduce or waive the charge where continued application would be disproportionate or where there are genuine exceptional circumstances.</w:t>
      </w:r>
    </w:p>
    <w:p w14:paraId="0E5ADA61" w14:textId="77777777" w:rsidR="00130BB1" w:rsidRDefault="00933FC5">
      <w:r>
        <w:t>Where a Tax-Free Childcare or childcare voucher payment was initiated in sufficient time but is delayed by the payment system, WASPS will take this into account before applying a late-payment charge.</w:t>
      </w:r>
    </w:p>
    <w:p w14:paraId="4E7861AD" w14:textId="77777777" w:rsidR="00130BB1" w:rsidRDefault="00933FC5">
      <w:r>
        <w:t>Parents and carers experiencing genuine payment difficulties should contact the Proprietor as soon as possible.</w:t>
      </w:r>
    </w:p>
    <w:p w14:paraId="7B480AA7" w14:textId="77777777" w:rsidR="00130BB1" w:rsidRDefault="00933FC5">
      <w:r>
        <w:t>Continued non-payment may result in future bookings being suspended or the child's recurring place being reviewed.</w:t>
      </w:r>
    </w:p>
    <w:p w14:paraId="15CD9C96" w14:textId="77777777" w:rsidR="00130BB1" w:rsidRDefault="00933FC5">
      <w:pPr>
        <w:pStyle w:val="Heading1"/>
        <w:spacing w:before="200" w:after="80"/>
      </w:pPr>
      <w:r>
        <w:t>11. Changes to Fees</w:t>
      </w:r>
    </w:p>
    <w:p w14:paraId="0BFCD9F9" w14:textId="77777777" w:rsidR="00130BB1" w:rsidRDefault="00933FC5">
      <w:r>
        <w:t>WASPS may review its childcare fees and charges periodically.</w:t>
      </w:r>
    </w:p>
    <w:p w14:paraId="7E42D0C3" w14:textId="77777777" w:rsidR="00130BB1" w:rsidRDefault="00933FC5">
      <w:r>
        <w:t>Parents and carers will receive a minimum of 12 weeks' notice before an increase to recurring childcare fees takes effect.</w:t>
      </w:r>
    </w:p>
    <w:p w14:paraId="644FC897" w14:textId="77777777" w:rsidR="00130BB1" w:rsidRDefault="00933FC5">
      <w:r>
        <w:t>New fees will not be applied retrospectively.</w:t>
      </w:r>
    </w:p>
    <w:p w14:paraId="63CF3D84" w14:textId="77777777" w:rsidR="00130BB1" w:rsidRDefault="00933FC5">
      <w:r>
        <w:t>Current charges will be communicated clearly and, where applicable, displayed through MagicBooking before a new booking is confirmed.</w:t>
      </w:r>
    </w:p>
    <w:p w14:paraId="2077EA0A" w14:textId="77777777" w:rsidR="00130BB1" w:rsidRDefault="00933FC5">
      <w:pPr>
        <w:pStyle w:val="Heading1"/>
        <w:spacing w:before="200" w:after="80"/>
      </w:pPr>
      <w:r>
        <w:t>12. Non-Attendance</w:t>
      </w:r>
    </w:p>
    <w:p w14:paraId="335A497D" w14:textId="77777777" w:rsidR="00130BB1" w:rsidRDefault="00933FC5">
      <w:r>
        <w:t>Where a child's booked place remains available but the child does not attend, the normal session fee remains payable unless the cancellation provisions within these Terms and Conditions apply.</w:t>
      </w:r>
    </w:p>
    <w:p w14:paraId="29C221AB" w14:textId="77777777" w:rsidR="00130BB1" w:rsidRDefault="00933FC5">
      <w:r>
        <w:t>This includes absence due to illness, family circumstances, exclusion from school, school closure or another reason outside WASPS' control where WASPS remains able to provide the booked childcare.</w:t>
      </w:r>
    </w:p>
    <w:p w14:paraId="17926E1F" w14:textId="77777777" w:rsidR="00130BB1" w:rsidRDefault="00933FC5">
      <w:pPr>
        <w:pStyle w:val="Heading1"/>
        <w:spacing w:before="200" w:after="80"/>
      </w:pPr>
      <w:r>
        <w:t>13. Notification of Absence</w:t>
      </w:r>
    </w:p>
    <w:p w14:paraId="67975C4C" w14:textId="77777777" w:rsidR="00130BB1" w:rsidRDefault="00933FC5">
      <w:r>
        <w:t>Parents and carers must notify WASPS directly as soon as possible if their child will not be attending a booked session.</w:t>
      </w:r>
    </w:p>
    <w:p w14:paraId="34BCC2ED" w14:textId="77777777" w:rsidR="00130BB1" w:rsidRDefault="00933FC5">
      <w:r>
        <w:t>For After School Club, WASPS must be notified before the child's scheduled school collection time.</w:t>
      </w:r>
    </w:p>
    <w:p w14:paraId="488EC67A" w14:textId="77777777" w:rsidR="00130BB1" w:rsidRDefault="00933FC5">
      <w:r>
        <w:t>Informing the school, nursery or another organisation does not constitute notification to WASPS.</w:t>
      </w:r>
    </w:p>
    <w:p w14:paraId="286121FE" w14:textId="77777777" w:rsidR="00130BB1" w:rsidRDefault="00933FC5">
      <w:r>
        <w:t>Where WASPS has not been notified and staff are expecting to collect the child, staff will take appropriate steps to establish the child's whereabouts.</w:t>
      </w:r>
    </w:p>
    <w:p w14:paraId="3161E7CA" w14:textId="77777777" w:rsidR="00130BB1" w:rsidRDefault="00933FC5">
      <w:r>
        <w:t>A £2 non-notification charge will be applied where WASPS has not been informed of the child's absence.</w:t>
      </w:r>
    </w:p>
    <w:p w14:paraId="1405F40C" w14:textId="77777777" w:rsidR="00130BB1" w:rsidRDefault="00933FC5">
      <w:r>
        <w:t>The normal booked session fee also remains payable.</w:t>
      </w:r>
    </w:p>
    <w:p w14:paraId="437024A9" w14:textId="77777777" w:rsidR="00130BB1" w:rsidRDefault="00933FC5">
      <w:r>
        <w:t>The Proprietor may waive the £2 charge in genuine exceptional circumstances.</w:t>
      </w:r>
    </w:p>
    <w:p w14:paraId="403B38FE" w14:textId="77777777" w:rsidR="00130BB1" w:rsidRDefault="00933FC5">
      <w:pPr>
        <w:pStyle w:val="Heading1"/>
        <w:spacing w:before="200" w:after="80"/>
      </w:pPr>
      <w:r>
        <w:t>14. Collection After Booked Contract Hours</w:t>
      </w:r>
    </w:p>
    <w:p w14:paraId="3B063AB2" w14:textId="77777777" w:rsidR="00130BB1" w:rsidRDefault="00933FC5">
      <w:r>
        <w:t>Parents and carers must collect their child by the end of the session they have booked.</w:t>
      </w:r>
    </w:p>
    <w:p w14:paraId="79069102" w14:textId="77777777" w:rsidR="00130BB1" w:rsidRDefault="00933FC5">
      <w:r>
        <w:t>Where a child is booked until 5.15pm but is collected after 5.15pm, the booking will be extended to the 6.15pm session and an additional charge of £6 will be applied.</w:t>
      </w:r>
    </w:p>
    <w:p w14:paraId="0BF5EB79" w14:textId="77777777" w:rsidR="00130BB1" w:rsidRDefault="00933FC5">
      <w:r>
        <w:t>Where childcare until 6.15pm is known to be required in advance, parents and carers should request the later session, subject to availability.</w:t>
      </w:r>
    </w:p>
    <w:p w14:paraId="74572A3D" w14:textId="77777777" w:rsidR="00130BB1" w:rsidRDefault="00933FC5">
      <w:r>
        <w:t>This is an additional session charge and is separate from the late collection charge.</w:t>
      </w:r>
    </w:p>
    <w:p w14:paraId="4EFC6995" w14:textId="77777777" w:rsidR="00130BB1" w:rsidRDefault="00933FC5">
      <w:pPr>
        <w:pStyle w:val="Heading1"/>
        <w:spacing w:before="200" w:after="80"/>
      </w:pPr>
      <w:r>
        <w:lastRenderedPageBreak/>
        <w:t>15. Late Collection</w:t>
      </w:r>
    </w:p>
    <w:p w14:paraId="446B6A0C" w14:textId="77777777" w:rsidR="00130BB1" w:rsidRDefault="00933FC5">
      <w:r>
        <w:t>Children must be collected by the end of their booked session and no later than the published closing time.</w:t>
      </w:r>
    </w:p>
    <w:p w14:paraId="67D01DEE" w14:textId="77777777" w:rsidR="00130BB1" w:rsidRDefault="00933FC5">
      <w:r>
        <w:t>Where a child remains at WASPS after 6.15pm, a late collection charge of £15 for every 15 minutes, or part thereof, will be payable.</w:t>
      </w:r>
    </w:p>
    <w:p w14:paraId="36192FEB" w14:textId="77777777" w:rsidR="00130BB1" w:rsidRDefault="00933FC5">
      <w:r>
        <w:t>The charge reflects the additional staffing and operational costs incurred when staff are required to remain beyond the normal collection time.</w:t>
      </w:r>
    </w:p>
    <w:p w14:paraId="7F5018E4" w14:textId="77777777" w:rsidR="00130BB1" w:rsidRDefault="00933FC5">
      <w:r>
        <w:t>Parents and carers should contact WASPS as soon as possible if they know they are going to be late.</w:t>
      </w:r>
    </w:p>
    <w:p w14:paraId="3ED7F0D1" w14:textId="77777777" w:rsidR="00130BB1" w:rsidRDefault="00933FC5">
      <w:r>
        <w:t>The Proprietor may waive or reduce the charge where there are genuine exceptional circumstances.</w:t>
      </w:r>
    </w:p>
    <w:p w14:paraId="7D3E63DB" w14:textId="77777777" w:rsidR="00130BB1" w:rsidRDefault="00933FC5">
      <w:r>
        <w:t>Repeated late collection may result in a review of the child's booking arrangements and, where appropriate, safeguarding procedures may be followed.</w:t>
      </w:r>
    </w:p>
    <w:p w14:paraId="5D89B1E8" w14:textId="77777777" w:rsidR="00130BB1" w:rsidRDefault="00933FC5">
      <w:pPr>
        <w:pStyle w:val="Heading1"/>
        <w:spacing w:before="200" w:after="80"/>
      </w:pPr>
      <w:r>
        <w:t>16. Refunds and Credits</w:t>
      </w:r>
    </w:p>
    <w:p w14:paraId="067AFA1C" w14:textId="77777777" w:rsidR="00130BB1" w:rsidRDefault="00933FC5">
      <w:r>
        <w:t>WASPS does not operate a blanket rule that payments can never be refunded.</w:t>
      </w:r>
    </w:p>
    <w:p w14:paraId="36D9BC12" w14:textId="77777777" w:rsidR="00130BB1" w:rsidRDefault="00933FC5">
      <w:r>
        <w:t>Refunds or credits may be appropriate where:</w:t>
      </w:r>
    </w:p>
    <w:p w14:paraId="5A10C558" w14:textId="77777777" w:rsidR="00130BB1" w:rsidRDefault="00933FC5">
      <w:pPr>
        <w:pStyle w:val="ListBullet"/>
        <w:spacing w:after="40" w:line="252" w:lineRule="auto"/>
      </w:pPr>
      <w:r>
        <w:t>WASPS cancels a session;</w:t>
      </w:r>
    </w:p>
    <w:p w14:paraId="506FB3C2" w14:textId="77777777" w:rsidR="00130BB1" w:rsidRDefault="00933FC5">
      <w:pPr>
        <w:pStyle w:val="ListBullet"/>
        <w:spacing w:after="40" w:line="252" w:lineRule="auto"/>
      </w:pPr>
      <w:r>
        <w:t>a duplicate or incorrect payment has been made;</w:t>
      </w:r>
    </w:p>
    <w:p w14:paraId="684FFDCE" w14:textId="77777777" w:rsidR="00130BB1" w:rsidRDefault="00933FC5">
      <w:pPr>
        <w:pStyle w:val="ListBullet"/>
        <w:spacing w:after="40" w:line="252" w:lineRule="auto"/>
      </w:pPr>
      <w:r>
        <w:t>the applicable cancellation notice has been provided;</w:t>
      </w:r>
    </w:p>
    <w:p w14:paraId="5FC8A9FE" w14:textId="77777777" w:rsidR="00130BB1" w:rsidRDefault="00933FC5">
      <w:pPr>
        <w:pStyle w:val="ListBullet"/>
        <w:spacing w:after="40" w:line="252" w:lineRule="auto"/>
      </w:pPr>
      <w:r>
        <w:t>exceptional circumstances justify a review;</w:t>
      </w:r>
    </w:p>
    <w:p w14:paraId="302E4D2A" w14:textId="77777777" w:rsidR="00130BB1" w:rsidRDefault="00933FC5">
      <w:pPr>
        <w:pStyle w:val="ListBullet"/>
        <w:spacing w:after="40" w:line="252" w:lineRule="auto"/>
      </w:pPr>
      <w:r>
        <w:t>retaining the payment would be unlawful or unfair.</w:t>
      </w:r>
    </w:p>
    <w:p w14:paraId="7B532091" w14:textId="77777777" w:rsidR="00130BB1" w:rsidRDefault="00933FC5">
      <w:r>
        <w:t>Where a cancellation results in fees remaining payable under these Terms and Conditions, WASPS will apply the charge fairly and proportionately, taking account of the circumstances and any loss or costs reasonably arising from the cancellation. Nothing in these Terms and Conditions affects a parent or carer's statutory consumer rights.</w:t>
      </w:r>
    </w:p>
    <w:p w14:paraId="3F15527D" w14:textId="77777777" w:rsidR="00130BB1" w:rsidRDefault="00933FC5">
      <w:r>
        <w:t>Any retained deposit, cancellation charge or other charge will be applied fairly and proportionately.</w:t>
      </w:r>
    </w:p>
    <w:p w14:paraId="300A49F9" w14:textId="77777777" w:rsidR="00130BB1" w:rsidRDefault="00933FC5">
      <w:r>
        <w:t>Refunds involving Tax-Free Childcare, childcare vouchers or other schemes may need to be returned through the original payment route.</w:t>
      </w:r>
    </w:p>
    <w:p w14:paraId="15C490A7" w14:textId="77777777" w:rsidR="00130BB1" w:rsidRDefault="00933FC5">
      <w:pPr>
        <w:pStyle w:val="Heading1"/>
        <w:spacing w:before="200" w:after="80"/>
      </w:pPr>
      <w:r>
        <w:t>17. Cancellation or Closure by WASPS</w:t>
      </w:r>
    </w:p>
    <w:p w14:paraId="30EE1D2D" w14:textId="77777777" w:rsidR="00130BB1" w:rsidRDefault="00933FC5">
      <w:r>
        <w:t>Where WASPS cancels a booked session and cannot provide the childcare, the fee paid for the affected session will be refunded or credited as appropriate.</w:t>
      </w:r>
    </w:p>
    <w:p w14:paraId="39E21E44" w14:textId="77777777" w:rsidR="00130BB1" w:rsidRDefault="00933FC5">
      <w:r>
        <w:t>Where a suitable alternative arrangement can be offered, the parent or carer may agree to use this instead.</w:t>
      </w:r>
    </w:p>
    <w:p w14:paraId="32AFE527" w14:textId="77777777" w:rsidR="00130BB1" w:rsidRDefault="00933FC5">
      <w:r>
        <w:t>WASPS will communicate closures or cancellations as soon as reasonably possible.</w:t>
      </w:r>
    </w:p>
    <w:p w14:paraId="20F6E9D4" w14:textId="77777777" w:rsidR="00130BB1" w:rsidRDefault="00933FC5">
      <w:pPr>
        <w:pStyle w:val="Heading1"/>
        <w:spacing w:before="200" w:after="80"/>
      </w:pPr>
      <w:r>
        <w:t>18. School Closure and Other Non-Attendance</w:t>
      </w:r>
    </w:p>
    <w:p w14:paraId="3B7529A1" w14:textId="77777777" w:rsidR="00130BB1" w:rsidRDefault="00933FC5">
      <w:r>
        <w:t>Where WASPS remains open and the child's booked place remains available, the normal session fee remains payable if the child cannot attend because of a school closure, illness, exclusion, family circumstances or another reason outside WASPS' control.</w:t>
      </w:r>
    </w:p>
    <w:p w14:paraId="18CAE77F" w14:textId="77777777" w:rsidR="00130BB1" w:rsidRDefault="00933FC5">
      <w:r>
        <w:t>This is different from a session cancelled by WASPS.</w:t>
      </w:r>
    </w:p>
    <w:p w14:paraId="3B1FBD17" w14:textId="77777777" w:rsidR="00130BB1" w:rsidRDefault="00933FC5">
      <w:pPr>
        <w:pStyle w:val="Heading1"/>
        <w:spacing w:before="200" w:after="80"/>
      </w:pPr>
      <w:r>
        <w:t>19. School Collections and Transport</w:t>
      </w:r>
    </w:p>
    <w:p w14:paraId="4BA5FFE9" w14:textId="77777777" w:rsidR="00130BB1" w:rsidRDefault="00933FC5">
      <w:r>
        <w:t>Where WASPS provides collection from a child's school or nursery, parents and carers must ensure WASPS has accurate information about the child's school, finishing time and normal collection arrangements.</w:t>
      </w:r>
    </w:p>
    <w:p w14:paraId="3A575E58" w14:textId="77777777" w:rsidR="00130BB1" w:rsidRDefault="00933FC5">
      <w:r>
        <w:lastRenderedPageBreak/>
        <w:t>Parents must notify WASPS directly of any change affecting collection, including:</w:t>
      </w:r>
    </w:p>
    <w:p w14:paraId="44CB217F" w14:textId="77777777" w:rsidR="00130BB1" w:rsidRDefault="00933FC5">
      <w:pPr>
        <w:pStyle w:val="ListBullet"/>
        <w:spacing w:after="40" w:line="252" w:lineRule="auto"/>
      </w:pPr>
      <w:r>
        <w:t>absence from school;</w:t>
      </w:r>
    </w:p>
    <w:p w14:paraId="3FD0E293" w14:textId="77777777" w:rsidR="00130BB1" w:rsidRDefault="00933FC5">
      <w:pPr>
        <w:pStyle w:val="ListBullet"/>
        <w:spacing w:after="40" w:line="252" w:lineRule="auto"/>
      </w:pPr>
      <w:r>
        <w:t>early collection by a parent;</w:t>
      </w:r>
    </w:p>
    <w:p w14:paraId="4B90E849" w14:textId="77777777" w:rsidR="00130BB1" w:rsidRDefault="00933FC5">
      <w:pPr>
        <w:pStyle w:val="ListBullet"/>
        <w:spacing w:after="40" w:line="252" w:lineRule="auto"/>
      </w:pPr>
      <w:r>
        <w:t>attendance at an after-school activity;</w:t>
      </w:r>
    </w:p>
    <w:p w14:paraId="112C0BEB" w14:textId="77777777" w:rsidR="00130BB1" w:rsidRDefault="00933FC5">
      <w:pPr>
        <w:pStyle w:val="ListBullet"/>
        <w:spacing w:after="40" w:line="252" w:lineRule="auto"/>
      </w:pPr>
      <w:r>
        <w:t>any occasion when WASPS collection is not required.</w:t>
      </w:r>
    </w:p>
    <w:p w14:paraId="61D1F037" w14:textId="77777777" w:rsidR="00130BB1" w:rsidRDefault="00933FC5">
      <w:r>
        <w:t>Parents must not rely on the school, nursery or child to pass this information to WASPS.</w:t>
      </w:r>
    </w:p>
    <w:p w14:paraId="4DF95083" w14:textId="77777777" w:rsidR="00130BB1" w:rsidRDefault="00933FC5">
      <w:r>
        <w:t>Children may be collected on foot or using WASPS transport depending on the arrangements for that session.</w:t>
      </w:r>
    </w:p>
    <w:p w14:paraId="709285F5" w14:textId="77777777" w:rsidR="00130BB1" w:rsidRDefault="00933FC5">
      <w:r>
        <w:t>WASPS may alter collection or transport arrangements where reasonably necessary because of staffing, vehicle availability, weather, traffic, school arrangements or safety considerations.</w:t>
      </w:r>
    </w:p>
    <w:p w14:paraId="4029F613" w14:textId="77777777" w:rsidR="00130BB1" w:rsidRDefault="00933FC5">
      <w:r>
        <w:t>Parents and carers must ensure the school or nursery is aware that WASPS is authorised to collect their child where required.</w:t>
      </w:r>
    </w:p>
    <w:p w14:paraId="24D20A4D" w14:textId="77777777" w:rsidR="00130BB1" w:rsidRDefault="00933FC5">
      <w:pPr>
        <w:pStyle w:val="Heading1"/>
        <w:spacing w:before="200" w:after="80"/>
      </w:pPr>
      <w:r>
        <w:t>20. Collection and Authorised Collectors</w:t>
      </w:r>
    </w:p>
    <w:p w14:paraId="28E1E5D2" w14:textId="77777777" w:rsidR="00130BB1" w:rsidRDefault="00933FC5">
      <w:r>
        <w:t>Children will only be released to a parent, carer or other person authorised to collect them.</w:t>
      </w:r>
    </w:p>
    <w:p w14:paraId="7D3A6574" w14:textId="77777777" w:rsidR="00130BB1" w:rsidRDefault="00933FC5">
      <w:r>
        <w:t>Parents and carers are responsible for keeping authorised collector information on MagicBooking accurate and up to date.</w:t>
      </w:r>
    </w:p>
    <w:p w14:paraId="44530DE0" w14:textId="77777777" w:rsidR="00130BB1" w:rsidRDefault="00933FC5">
      <w:r>
        <w:t>If an emergency or unexpected situation means someone who is not normally authorised needs to collect the child, the parent or carer must contact WASPS directly.</w:t>
      </w:r>
    </w:p>
    <w:p w14:paraId="4148123B" w14:textId="77777777" w:rsidR="00130BB1" w:rsidRDefault="00933FC5">
      <w:r>
        <w:t>A one-off collection password will be issued for that collection.</w:t>
      </w:r>
    </w:p>
    <w:p w14:paraId="04F042B2" w14:textId="77777777" w:rsidR="00130BB1" w:rsidRDefault="00933FC5">
      <w:r>
        <w:t>The collector may also be asked to provide identification.</w:t>
      </w:r>
    </w:p>
    <w:p w14:paraId="103B514D" w14:textId="77777777" w:rsidR="00130BB1" w:rsidRDefault="00933FC5">
      <w:r>
        <w:t>WASPS will not release a child where staff cannot be satisfied that the collection has been properly authorised.</w:t>
      </w:r>
    </w:p>
    <w:p w14:paraId="4EAAB803" w14:textId="77777777" w:rsidR="00130BB1" w:rsidRDefault="00933FC5">
      <w:pPr>
        <w:pStyle w:val="Heading1"/>
        <w:spacing w:before="200" w:after="80"/>
      </w:pPr>
      <w:r>
        <w:t>21. Illness and Infectious Disease</w:t>
      </w:r>
    </w:p>
    <w:p w14:paraId="0662180C" w14:textId="77777777" w:rsidR="00130BB1" w:rsidRDefault="00933FC5">
      <w:r>
        <w:t>Parents and carers must not send a child to WASPS where the child is too unwell to participate comfortably, may present an infection risk to others or is required to remain away under current public-health guidance.</w:t>
      </w:r>
    </w:p>
    <w:p w14:paraId="7C412660" w14:textId="77777777" w:rsidR="00130BB1" w:rsidRDefault="00933FC5">
      <w:r>
        <w:t>Parents must inform WASPS of relevant infectious illnesses or conditions.</w:t>
      </w:r>
    </w:p>
    <w:p w14:paraId="6A6A1C8B" w14:textId="77777777" w:rsidR="00130BB1" w:rsidRDefault="00933FC5">
      <w:r>
        <w:t>If a child becomes unwell while attending, the parent or carer may be required to collect them as soon as reasonably possible.</w:t>
      </w:r>
    </w:p>
    <w:p w14:paraId="03D60174" w14:textId="77777777" w:rsidR="00130BB1" w:rsidRDefault="00933FC5">
      <w:r>
        <w:t>Children may return when they are well enough to attend and any applicable exclusion period has ended.</w:t>
      </w:r>
    </w:p>
    <w:p w14:paraId="44026368" w14:textId="77777777" w:rsidR="00130BB1" w:rsidRDefault="00933FC5">
      <w:r>
        <w:t>Where a child is absent because of illness, the normal booked session fee remains payable.</w:t>
      </w:r>
    </w:p>
    <w:p w14:paraId="2AAC6353" w14:textId="77777777" w:rsidR="00130BB1" w:rsidRDefault="00933FC5">
      <w:pPr>
        <w:pStyle w:val="Heading1"/>
        <w:spacing w:before="200" w:after="80"/>
      </w:pPr>
      <w:r>
        <w:t>22. Medical Conditions, Allergies and Medication</w:t>
      </w:r>
    </w:p>
    <w:p w14:paraId="326B3920" w14:textId="77777777" w:rsidR="00130BB1" w:rsidRDefault="00933FC5">
      <w:r>
        <w:t>Parents and carers must provide accurate and up-to-date information about their child's medical conditions, allergies, medication and other relevant health needs.</w:t>
      </w:r>
    </w:p>
    <w:p w14:paraId="567B4F86" w14:textId="77777777" w:rsidR="00130BB1" w:rsidRDefault="00933FC5">
      <w:r>
        <w:t>Relevant information held on MagicBooking must be kept up to date.</w:t>
      </w:r>
    </w:p>
    <w:p w14:paraId="53A6ABC8" w14:textId="77777777" w:rsidR="00130BB1" w:rsidRDefault="00933FC5">
      <w:r>
        <w:t>Where medication is required, the appropriate consent for administering medication must be completed before staff administer it.</w:t>
      </w:r>
    </w:p>
    <w:p w14:paraId="3C190B45" w14:textId="77777777" w:rsidR="00130BB1" w:rsidRDefault="00933FC5">
      <w:r>
        <w:t>Medication must be supplied in its original container with the appropriate pharmacy or manufacturer's label and must be in date.</w:t>
      </w:r>
    </w:p>
    <w:p w14:paraId="27D23A52" w14:textId="77777777" w:rsidR="00130BB1" w:rsidRDefault="00933FC5">
      <w:r>
        <w:lastRenderedPageBreak/>
        <w:t>Where a child requires an individual healthcare or allergy plan, parents and carers must provide the information, medication and arrangements necessary for WASPS to safely care for the child.</w:t>
      </w:r>
    </w:p>
    <w:p w14:paraId="471436FA" w14:textId="77777777" w:rsidR="00130BB1" w:rsidRDefault="00933FC5">
      <w:r>
        <w:t>Essential emergency medication, including prescribed inhalers and adrenaline auto-injectors where applicable, must be available whenever the child attends.</w:t>
      </w:r>
    </w:p>
    <w:p w14:paraId="6D8DF0D4" w14:textId="77777777" w:rsidR="00130BB1" w:rsidRDefault="00933FC5">
      <w:r>
        <w:t>WASPS may be unable to accept a child where essential medication is missing, expired or unusable, or where necessary information or arrangements have not been provided.</w:t>
      </w:r>
    </w:p>
    <w:p w14:paraId="795CF750" w14:textId="77777777" w:rsidR="00130BB1" w:rsidRDefault="00933FC5">
      <w:pPr>
        <w:pStyle w:val="Heading1"/>
        <w:spacing w:before="200" w:after="80"/>
      </w:pPr>
      <w:r>
        <w:t>23. SEND and Additional Support Needs</w:t>
      </w:r>
    </w:p>
    <w:p w14:paraId="7E88B377" w14:textId="77777777" w:rsidR="00130BB1" w:rsidRDefault="00933FC5">
      <w:r>
        <w:t>WASPS is committed to providing an inclusive service and supporting children with SEND wherever it is reasonably possible to do so safely.</w:t>
      </w:r>
    </w:p>
    <w:p w14:paraId="5D59E2BA" w14:textId="77777777" w:rsidR="00130BB1" w:rsidRDefault="00933FC5">
      <w:r>
        <w:t>Parents and carers must provide accurate information about their child's additional needs and promptly inform WASPS of changes.</w:t>
      </w:r>
    </w:p>
    <w:p w14:paraId="5C5BD535" w14:textId="77777777" w:rsidR="00130BB1" w:rsidRDefault="00933FC5">
      <w:r>
        <w:t>WASPS may discuss the child's needs and consider reasonable adjustments before confirming or continuing a booking.</w:t>
      </w:r>
    </w:p>
    <w:p w14:paraId="4A0F31B6" w14:textId="77777777" w:rsidR="00130BB1" w:rsidRDefault="00933FC5">
      <w:r>
        <w:t>A childcare booking does not automatically include or guarantee 1:1 support or additional staffing.</w:t>
      </w:r>
    </w:p>
    <w:p w14:paraId="43F2FCB1" w14:textId="77777777" w:rsidR="00130BB1" w:rsidRDefault="00933FC5">
      <w:r>
        <w:t>Where additional staffing or specific support arrangements are required, these must be discussed and agreed before the relevant sessions take place.</w:t>
      </w:r>
    </w:p>
    <w:p w14:paraId="5BD4E984" w14:textId="77777777" w:rsidR="00130BB1" w:rsidRDefault="00933FC5">
      <w:r>
        <w:t>Where concerns arise about whether a child's needs can be safely met, WASPS will work with the family and consider reasonable adjustments and support arrangements before decisions are made about the child's place, except where immediate action is necessary for safety or welfare.</w:t>
      </w:r>
    </w:p>
    <w:p w14:paraId="120F5748" w14:textId="77777777" w:rsidR="00130BB1" w:rsidRDefault="00933FC5">
      <w:pPr>
        <w:pStyle w:val="Heading1"/>
        <w:spacing w:before="200" w:after="80"/>
      </w:pPr>
      <w:r>
        <w:t>24. Behaviour</w:t>
      </w:r>
    </w:p>
    <w:p w14:paraId="71940EF7" w14:textId="77777777" w:rsidR="00130BB1" w:rsidRDefault="00933FC5">
      <w:r>
        <w:t>WASPS promotes positive behaviour through clear expectations, encouragement, appropriate boundaries and respectful relationships.</w:t>
      </w:r>
    </w:p>
    <w:p w14:paraId="580F0135" w14:textId="77777777" w:rsidR="00130BB1" w:rsidRDefault="00933FC5">
      <w:r>
        <w:t>Children will be supported in a way that takes account of their age, development, circumstances and identified additional needs.</w:t>
      </w:r>
    </w:p>
    <w:p w14:paraId="52AE223F" w14:textId="77777777" w:rsidR="00130BB1" w:rsidRDefault="00933FC5">
      <w:r>
        <w:t>Parents and carers are expected to work in partnership with WASPS where behaviour requires additional support or presents a repeated or significant concern.</w:t>
      </w:r>
    </w:p>
    <w:p w14:paraId="7D64BC79" w14:textId="77777777" w:rsidR="00130BB1" w:rsidRDefault="00933FC5">
      <w:r>
        <w:t>WASPS recognises that behaviour can be a form of communication and will consider possible underlying needs and circumstances.</w:t>
      </w:r>
    </w:p>
    <w:p w14:paraId="1C9F7C40" w14:textId="77777777" w:rsidR="00130BB1" w:rsidRDefault="00933FC5">
      <w:r>
        <w:t>Where behaviour places the child, other children or staff at significant risk, WASPS may review the child's arrangements and take appropriate action to maintain safety.</w:t>
      </w:r>
    </w:p>
    <w:p w14:paraId="2D6E5454" w14:textId="77777777" w:rsidR="00130BB1" w:rsidRDefault="00933FC5">
      <w:pPr>
        <w:pStyle w:val="Heading1"/>
        <w:spacing w:before="200" w:after="80"/>
      </w:pPr>
      <w:r>
        <w:t>25. Parent and Carer Conduct</w:t>
      </w:r>
    </w:p>
    <w:p w14:paraId="7CA5F361" w14:textId="77777777" w:rsidR="00130BB1" w:rsidRDefault="00933FC5">
      <w:r>
        <w:t>Parents, carers and other adults must communicate with WASPS staff respectfully.</w:t>
      </w:r>
    </w:p>
    <w:p w14:paraId="0576BA6A" w14:textId="77777777" w:rsidR="00130BB1" w:rsidRDefault="00933FC5">
      <w:r>
        <w:t>Threatening, abusive, aggressive, discriminatory or intimidating behaviour towards staff, children or other families will not be accepted.</w:t>
      </w:r>
    </w:p>
    <w:p w14:paraId="36DA36D2" w14:textId="77777777" w:rsidR="00130BB1" w:rsidRDefault="00933FC5">
      <w:r>
        <w:t>WASPS may set reasonable boundaries around communication or access to the setting where an adult's conduct causes concern.</w:t>
      </w:r>
    </w:p>
    <w:p w14:paraId="6C75E69C" w14:textId="77777777" w:rsidR="00130BB1" w:rsidRDefault="00933FC5">
      <w:r>
        <w:t>In serious or persistent circumstances, a child's place may be suspended or ended.</w:t>
      </w:r>
    </w:p>
    <w:p w14:paraId="021CE417" w14:textId="77777777" w:rsidR="00130BB1" w:rsidRDefault="00933FC5">
      <w:r>
        <w:t>Immediate action may be taken where reasonably necessary to protect children, staff or others.</w:t>
      </w:r>
    </w:p>
    <w:p w14:paraId="2966EBBF" w14:textId="77777777" w:rsidR="00130BB1" w:rsidRDefault="00933FC5">
      <w:pPr>
        <w:pStyle w:val="Heading1"/>
        <w:spacing w:before="200" w:after="80"/>
      </w:pPr>
      <w:r>
        <w:lastRenderedPageBreak/>
        <w:t>26. Safeguarding</w:t>
      </w:r>
    </w:p>
    <w:p w14:paraId="6C6ECA5D" w14:textId="77777777" w:rsidR="00130BB1" w:rsidRDefault="00933FC5">
      <w:r>
        <w:t>The safety and welfare of children attending WASPS is paramount.</w:t>
      </w:r>
    </w:p>
    <w:p w14:paraId="715649AB" w14:textId="77777777" w:rsidR="00130BB1" w:rsidRDefault="00933FC5">
      <w:r>
        <w:t>Parents and carers must provide accurate information about circumstances that may affect their child's safety, welfare, care or collection arrangements.</w:t>
      </w:r>
    </w:p>
    <w:p w14:paraId="165516F1" w14:textId="77777777" w:rsidR="00130BB1" w:rsidRDefault="00933FC5">
      <w:r>
        <w:t>This includes relevant changes concerning parental responsibility, court orders, living arrangements, authorised collectors or safeguarding circumstances.</w:t>
      </w:r>
    </w:p>
    <w:p w14:paraId="595DCBBA" w14:textId="77777777" w:rsidR="00130BB1" w:rsidRDefault="00933FC5">
      <w:r>
        <w:t>Where WASPS has a safeguarding concern, information may be recorded and shared with appropriate agencies or professionals where necessary.</w:t>
      </w:r>
    </w:p>
    <w:p w14:paraId="7E5D96E7" w14:textId="77777777" w:rsidR="00130BB1" w:rsidRDefault="00933FC5">
      <w:r>
        <w:t>There may be circumstances where information is shared or a safeguarding referral is made without first seeking parental consent, including where seeking consent could increase risk, prejudice an investigation or otherwise be inappropriate.</w:t>
      </w:r>
    </w:p>
    <w:p w14:paraId="6773112E" w14:textId="77777777" w:rsidR="00130BB1" w:rsidRDefault="00933FC5">
      <w:pPr>
        <w:pStyle w:val="Heading1"/>
        <w:spacing w:before="200" w:after="80"/>
      </w:pPr>
      <w:r>
        <w:t>27. Keeping Information Up to Date</w:t>
      </w:r>
    </w:p>
    <w:p w14:paraId="4466F5E4" w14:textId="77777777" w:rsidR="00130BB1" w:rsidRDefault="00933FC5">
      <w:r>
        <w:t>Parents and carers must promptly update WASPS regarding changes to:</w:t>
      </w:r>
    </w:p>
    <w:p w14:paraId="3CF4000C" w14:textId="77777777" w:rsidR="00130BB1" w:rsidRDefault="00933FC5">
      <w:pPr>
        <w:pStyle w:val="ListBullet"/>
        <w:spacing w:after="40" w:line="252" w:lineRule="auto"/>
      </w:pPr>
      <w:r>
        <w:t>home address or contact details;</w:t>
      </w:r>
    </w:p>
    <w:p w14:paraId="77B2AC7D" w14:textId="77777777" w:rsidR="00130BB1" w:rsidRDefault="00933FC5">
      <w:pPr>
        <w:pStyle w:val="ListBullet"/>
        <w:spacing w:after="40" w:line="252" w:lineRule="auto"/>
      </w:pPr>
      <w:r>
        <w:t>emergency contacts;</w:t>
      </w:r>
    </w:p>
    <w:p w14:paraId="1C903957" w14:textId="77777777" w:rsidR="00130BB1" w:rsidRDefault="00933FC5">
      <w:pPr>
        <w:pStyle w:val="ListBullet"/>
        <w:spacing w:after="40" w:line="252" w:lineRule="auto"/>
      </w:pPr>
      <w:r>
        <w:t>school or nursery;</w:t>
      </w:r>
    </w:p>
    <w:p w14:paraId="63F470E1" w14:textId="77777777" w:rsidR="00130BB1" w:rsidRDefault="00933FC5">
      <w:pPr>
        <w:pStyle w:val="ListBullet"/>
        <w:spacing w:after="40" w:line="252" w:lineRule="auto"/>
      </w:pPr>
      <w:r>
        <w:t>parental responsibility or court orders;</w:t>
      </w:r>
    </w:p>
    <w:p w14:paraId="339B635F" w14:textId="77777777" w:rsidR="00130BB1" w:rsidRDefault="00933FC5">
      <w:pPr>
        <w:pStyle w:val="ListBullet"/>
        <w:spacing w:after="40" w:line="252" w:lineRule="auto"/>
      </w:pPr>
      <w:r>
        <w:t>authorised collectors;</w:t>
      </w:r>
    </w:p>
    <w:p w14:paraId="6B40021C" w14:textId="77777777" w:rsidR="00130BB1" w:rsidRDefault="00933FC5">
      <w:pPr>
        <w:pStyle w:val="ListBullet"/>
        <w:spacing w:after="40" w:line="252" w:lineRule="auto"/>
      </w:pPr>
      <w:r>
        <w:t>medical conditions, allergies or medication;</w:t>
      </w:r>
    </w:p>
    <w:p w14:paraId="119DDAC5" w14:textId="77777777" w:rsidR="00130BB1" w:rsidRDefault="00933FC5">
      <w:pPr>
        <w:pStyle w:val="ListBullet"/>
        <w:spacing w:after="40" w:line="252" w:lineRule="auto"/>
      </w:pPr>
      <w:r>
        <w:t>SEND or additional support needs;</w:t>
      </w:r>
    </w:p>
    <w:p w14:paraId="6FDE6EF0" w14:textId="77777777" w:rsidR="00130BB1" w:rsidRDefault="00933FC5">
      <w:pPr>
        <w:pStyle w:val="ListBullet"/>
        <w:spacing w:after="40" w:line="252" w:lineRule="auto"/>
      </w:pPr>
      <w:r>
        <w:t>other information affecting the child's safety, welfare or care.</w:t>
      </w:r>
    </w:p>
    <w:p w14:paraId="4352CFF1" w14:textId="77777777" w:rsidR="00130BB1" w:rsidRDefault="00933FC5">
      <w:r>
        <w:t>WASPS may be unable to accept a child where essential information has not been provided or is not sufficiently current to allow staff to safely care for them.</w:t>
      </w:r>
    </w:p>
    <w:p w14:paraId="5B0039F9" w14:textId="77777777" w:rsidR="00130BB1" w:rsidRDefault="00933FC5">
      <w:pPr>
        <w:pStyle w:val="Heading1"/>
        <w:spacing w:before="200" w:after="80"/>
      </w:pPr>
      <w:r>
        <w:t>28. Food, Drinks and Nut-Free Provision</w:t>
      </w:r>
    </w:p>
    <w:p w14:paraId="32BCF51A" w14:textId="77777777" w:rsidR="00130BB1" w:rsidRDefault="00933FC5">
      <w:r>
        <w:t>WASPS operates as a completely nut-free setting.</w:t>
      </w:r>
    </w:p>
    <w:p w14:paraId="1613B2A6" w14:textId="77777777" w:rsidR="00130BB1" w:rsidRDefault="00933FC5">
      <w:r>
        <w:t>Parents and carers must not provide children with food, snacks or other products containing nuts for consumption at WASPS.</w:t>
      </w:r>
    </w:p>
    <w:p w14:paraId="0CB959BB" w14:textId="77777777" w:rsidR="00130BB1" w:rsidRDefault="00933FC5">
      <w:r>
        <w:t>This applies to all WASPS sessions, including snacks brought for school collections and Holiday Play Schemes.</w:t>
      </w:r>
    </w:p>
    <w:p w14:paraId="3DB42317" w14:textId="77777777" w:rsidR="00130BB1" w:rsidRDefault="00933FC5">
      <w:r>
        <w:t>Parents must ensure WASPS has accurate information about allergies, intolerances and dietary requirements.</w:t>
      </w:r>
    </w:p>
    <w:p w14:paraId="42B3001F" w14:textId="77777777" w:rsidR="00130BB1" w:rsidRDefault="00933FC5">
      <w:r>
        <w:t>During term-time sessions, WASPS provides food and snacks in accordance with its usual arrangements.</w:t>
      </w:r>
    </w:p>
    <w:p w14:paraId="68188C23" w14:textId="77777777" w:rsidR="00130BB1" w:rsidRDefault="00933FC5">
      <w:r>
        <w:t>Fresh drinking water is available at all times.</w:t>
      </w:r>
    </w:p>
    <w:p w14:paraId="10C5039E" w14:textId="77777777" w:rsidR="00130BB1" w:rsidRDefault="00933FC5">
      <w:r>
        <w:t>During Holiday Play Schemes, parents and carers must provide all food and snacks their child requires. WASPS provides drinking water only.</w:t>
      </w:r>
    </w:p>
    <w:p w14:paraId="71288343" w14:textId="77777777" w:rsidR="00130BB1" w:rsidRDefault="00933FC5">
      <w:r>
        <w:t>Food identified as presenting a known safety risk may be removed from use and kept safely for return to the parent or carer.</w:t>
      </w:r>
    </w:p>
    <w:p w14:paraId="3A408A64" w14:textId="77777777" w:rsidR="00130BB1" w:rsidRDefault="00933FC5">
      <w:pPr>
        <w:pStyle w:val="Heading1"/>
        <w:spacing w:before="200" w:after="80"/>
      </w:pPr>
      <w:r>
        <w:t>29. Clothing and Personal Belongings</w:t>
      </w:r>
    </w:p>
    <w:p w14:paraId="5909EB47" w14:textId="77777777" w:rsidR="00130BB1" w:rsidRDefault="00933FC5">
      <w:r>
        <w:t>Children should attend in suitable clothing and footwear for the activities, weather and play taking place.</w:t>
      </w:r>
    </w:p>
    <w:p w14:paraId="6C93F189" w14:textId="77777777" w:rsidR="00130BB1" w:rsidRDefault="00933FC5">
      <w:r>
        <w:t>Children may participate in outdoor play, arts and crafts, messy play and other activities, and clothing may become dirty or marked during normal play.</w:t>
      </w:r>
    </w:p>
    <w:p w14:paraId="02A60072" w14:textId="77777777" w:rsidR="00130BB1" w:rsidRDefault="00933FC5">
      <w:r>
        <w:lastRenderedPageBreak/>
        <w:t>Belongings should be clearly named where possible.</w:t>
      </w:r>
    </w:p>
    <w:p w14:paraId="356BC9A4" w14:textId="77777777" w:rsidR="00130BB1" w:rsidRDefault="00933FC5">
      <w:r>
        <w:t>Children should not bring valuable or unnecessary electronic items to WASPS.</w:t>
      </w:r>
    </w:p>
    <w:p w14:paraId="03236337" w14:textId="77777777" w:rsidR="00130BB1" w:rsidRDefault="00933FC5">
      <w:r>
        <w:t>WASPS cannot accept responsibility for ordinary loss, accidental damage or deterioration of personal belongings unless this results from WASPS failing to take reasonable care.</w:t>
      </w:r>
    </w:p>
    <w:p w14:paraId="7FA1D5CC" w14:textId="77777777" w:rsidR="00130BB1" w:rsidRDefault="00933FC5">
      <w:r>
        <w:t>Items presenting a safety concern or considered inappropriate for the setting may be kept safely by staff until collection.</w:t>
      </w:r>
    </w:p>
    <w:p w14:paraId="7E93E260" w14:textId="77777777" w:rsidR="00130BB1" w:rsidRDefault="00933FC5">
      <w:pPr>
        <w:pStyle w:val="Heading1"/>
        <w:spacing w:before="200" w:after="80"/>
      </w:pPr>
      <w:r>
        <w:t>30. Photographs, Videos and Media Permissions</w:t>
      </w:r>
    </w:p>
    <w:p w14:paraId="0A6089F8" w14:textId="77777777" w:rsidR="00130BB1" w:rsidRDefault="00933FC5">
      <w:r>
        <w:t>WASPS may take photographs or videos of children during activities to record and share their experiences.</w:t>
      </w:r>
    </w:p>
    <w:p w14:paraId="3499A3C5" w14:textId="77777777" w:rsidR="00130BB1" w:rsidRDefault="00933FC5">
      <w:r>
        <w:t>Parents and carers are responsible for ensuring their child's photograph and media permissions on MagicBooking are accurate and up to date.</w:t>
      </w:r>
    </w:p>
    <w:p w14:paraId="052C8AA5" w14:textId="77777777" w:rsidR="00130BB1" w:rsidRDefault="00933FC5">
      <w:r>
        <w:t>WASPS will follow the permissions provided when taking, storing, sharing or using photographs and videos.</w:t>
      </w:r>
    </w:p>
    <w:p w14:paraId="18CF99C3" w14:textId="77777777" w:rsidR="00130BB1" w:rsidRDefault="00933FC5">
      <w:r>
        <w:t>Photographs may be shared privately with parents where appropriate permission has been given.</w:t>
      </w:r>
    </w:p>
    <w:p w14:paraId="6F4A7BB2" w14:textId="77777777" w:rsidR="00130BB1" w:rsidRDefault="00933FC5">
      <w:r>
        <w:t>Photographs or videos will only be used for wider publicity, including the WASPS website or social media, where the appropriate parental permission has been obtained.</w:t>
      </w:r>
    </w:p>
    <w:p w14:paraId="17783BCD" w14:textId="77777777" w:rsidR="00130BB1" w:rsidRDefault="00933FC5">
      <w:r>
        <w:t>Parents may change their permissions through MagicBooking or by contacting WASPS.</w:t>
      </w:r>
    </w:p>
    <w:p w14:paraId="7A9ADCBE" w14:textId="77777777" w:rsidR="00130BB1" w:rsidRDefault="00933FC5">
      <w:pPr>
        <w:pStyle w:val="Heading1"/>
        <w:spacing w:before="200" w:after="80"/>
      </w:pPr>
      <w:r>
        <w:t>31. Data Protection and Confidentiality</w:t>
      </w:r>
    </w:p>
    <w:p w14:paraId="22136AD9" w14:textId="77777777" w:rsidR="00130BB1" w:rsidRDefault="00933FC5">
      <w:r>
        <w:t>WASPS collects, uses and retains personal information where necessary to provide childcare, safeguard children, meet legal and regulatory responsibilities and manage its contractual relationship with families.</w:t>
      </w:r>
    </w:p>
    <w:p w14:paraId="5DF6CA31" w14:textId="77777777" w:rsidR="00130BB1" w:rsidRDefault="00933FC5">
      <w:r>
        <w:t>Personal information will be handled securely and confidentially and shared only where there is an appropriate and lawful reason.</w:t>
      </w:r>
    </w:p>
    <w:p w14:paraId="5FB79EF4" w14:textId="77777777" w:rsidR="00130BB1" w:rsidRDefault="00933FC5">
      <w:r>
        <w:t>WASPS may share relevant information with schools, health professionals, local authorities, safeguarding agencies, Ofsted or other appropriate organisations where necessary and lawful.</w:t>
      </w:r>
    </w:p>
    <w:p w14:paraId="2259D8B9" w14:textId="77777777" w:rsidR="00130BB1" w:rsidRDefault="00933FC5">
      <w:r>
        <w:t>Information may be shared without parental consent where necessary to safeguard a child or another person or where the law otherwise permits or requires it.</w:t>
      </w:r>
    </w:p>
    <w:p w14:paraId="6BDC0221" w14:textId="77777777" w:rsidR="00130BB1" w:rsidRDefault="00933FC5">
      <w:pPr>
        <w:pStyle w:val="Heading1"/>
        <w:spacing w:before="200" w:after="80"/>
      </w:pPr>
      <w:r>
        <w:t>32. Complaints and Concerns</w:t>
      </w:r>
    </w:p>
    <w:p w14:paraId="724A8C6B" w14:textId="77777777" w:rsidR="00130BB1" w:rsidRDefault="00933FC5">
      <w:r>
        <w:t>WASPS encourages parents and carers to raise concerns as soon as possible.</w:t>
      </w:r>
    </w:p>
    <w:p w14:paraId="30F9DC62" w14:textId="77777777" w:rsidR="00130BB1" w:rsidRDefault="00933FC5">
      <w:r>
        <w:t>Where appropriate, concerns should initially be raised with the Proprietor so they can be considered and, where possible, resolved promptly.</w:t>
      </w:r>
    </w:p>
    <w:p w14:paraId="7C886AA6" w14:textId="77777777" w:rsidR="00130BB1" w:rsidRDefault="00933FC5">
      <w:r>
        <w:t>Formal complaints will be handled in accordance with the WASPS Complaints and Compliments Policy.</w:t>
      </w:r>
    </w:p>
    <w:p w14:paraId="18705459" w14:textId="77777777" w:rsidR="00130BB1" w:rsidRDefault="00933FC5">
      <w:r>
        <w:t>This does not affect a parent's right to contact Ofsted, the local authority or another appropriate organisation directly.</w:t>
      </w:r>
    </w:p>
    <w:p w14:paraId="28609F7E" w14:textId="77777777" w:rsidR="00130BB1" w:rsidRDefault="00933FC5">
      <w:r>
        <w:t>Safeguarding concerns will be dealt with under WASPS safeguarding procedures.</w:t>
      </w:r>
    </w:p>
    <w:p w14:paraId="1DD3715A" w14:textId="77777777" w:rsidR="00130BB1" w:rsidRDefault="00933FC5">
      <w:pPr>
        <w:pStyle w:val="Heading1"/>
        <w:spacing w:before="200" w:after="80"/>
      </w:pPr>
      <w:r>
        <w:t>33. Ending a Childcare Place by WASPS</w:t>
      </w:r>
    </w:p>
    <w:p w14:paraId="53B05599" w14:textId="77777777" w:rsidR="00130BB1" w:rsidRDefault="00933FC5">
      <w:r>
        <w:t>WASPS will normally give at least four weeks' written notice where it is necessary to end a child's recurring childcare place.</w:t>
      </w:r>
    </w:p>
    <w:p w14:paraId="2ED0A87F" w14:textId="77777777" w:rsidR="00130BB1" w:rsidRDefault="00933FC5">
      <w:r>
        <w:t>Where possible, concerns will first be discussed with the parent or carer and reasonable steps considered to resolve the situation.</w:t>
      </w:r>
    </w:p>
    <w:p w14:paraId="15DCE8C8" w14:textId="77777777" w:rsidR="00130BB1" w:rsidRDefault="00933FC5">
      <w:r>
        <w:lastRenderedPageBreak/>
        <w:t>WASPS may suspend or end a place without the usual notice period where reasonably necessary because of:</w:t>
      </w:r>
    </w:p>
    <w:p w14:paraId="56DAEF8F" w14:textId="77777777" w:rsidR="00130BB1" w:rsidRDefault="00933FC5">
      <w:pPr>
        <w:pStyle w:val="ListBullet"/>
        <w:spacing w:after="40" w:line="252" w:lineRule="auto"/>
      </w:pPr>
      <w:r>
        <w:t>a serious safeguarding or safety concern;</w:t>
      </w:r>
    </w:p>
    <w:p w14:paraId="282535EA" w14:textId="77777777" w:rsidR="00130BB1" w:rsidRDefault="00933FC5">
      <w:pPr>
        <w:pStyle w:val="ListBullet"/>
        <w:spacing w:after="40" w:line="252" w:lineRule="auto"/>
      </w:pPr>
      <w:r>
        <w:t>significant or persistent non-payment;</w:t>
      </w:r>
    </w:p>
    <w:p w14:paraId="36921A3D" w14:textId="77777777" w:rsidR="00130BB1" w:rsidRDefault="00933FC5">
      <w:pPr>
        <w:pStyle w:val="ListBullet"/>
        <w:spacing w:after="40" w:line="252" w:lineRule="auto"/>
      </w:pPr>
      <w:r>
        <w:t>serious or unacceptable conduct towards children, staff or others;</w:t>
      </w:r>
    </w:p>
    <w:p w14:paraId="1E0573E6" w14:textId="77777777" w:rsidR="00130BB1" w:rsidRDefault="00933FC5">
      <w:pPr>
        <w:pStyle w:val="ListBullet"/>
        <w:spacing w:after="40" w:line="252" w:lineRule="auto"/>
      </w:pPr>
      <w:r>
        <w:t>another circumstance making continued provision unsafe or unreasonable.</w:t>
      </w:r>
    </w:p>
    <w:p w14:paraId="523BFAF2" w14:textId="77777777" w:rsidR="00130BB1" w:rsidRDefault="00933FC5">
      <w:r>
        <w:t>Decisions will be made fairly and proportionately, taking account of the individual circumstances and the welfare of the child.</w:t>
      </w:r>
    </w:p>
    <w:p w14:paraId="6216FF30" w14:textId="77777777" w:rsidR="00130BB1" w:rsidRDefault="00933FC5">
      <w:pPr>
        <w:pStyle w:val="Heading1"/>
        <w:spacing w:before="200" w:after="80"/>
      </w:pPr>
      <w:r>
        <w:t>34. Changes to these Terms and Conditions</w:t>
      </w:r>
    </w:p>
    <w:p w14:paraId="2748B625" w14:textId="77777777" w:rsidR="00130BB1" w:rsidRDefault="00933FC5">
      <w:r>
        <w:t>WASPS may update these Terms and Conditions to reflect changes to its service, operating arrangements, legislation, regulatory requirements or good practice.</w:t>
      </w:r>
    </w:p>
    <w:p w14:paraId="2B807DE3" w14:textId="77777777" w:rsidR="00130BB1" w:rsidRDefault="00933FC5">
      <w:r>
        <w:t>Where a change will materially affect a family's ongoing contractual arrangements, WASPS will normally provide at least 12 weeks' notice.</w:t>
      </w:r>
    </w:p>
    <w:p w14:paraId="7B6A3C23" w14:textId="77777777" w:rsidR="00130BB1" w:rsidRDefault="00933FC5">
      <w:r>
        <w:t>Changes required by legislation, safeguarding or regulatory requirements, or circumstances outside WASPS' reasonable control, may need to take effect sooner. Parents and carers will be informed as soon as reasonably practicable.</w:t>
      </w:r>
    </w:p>
    <w:p w14:paraId="35920047" w14:textId="77777777" w:rsidR="00130BB1" w:rsidRDefault="00933FC5">
      <w:r>
        <w:t>Minor administrative corrections or clarifications that do not materially affect the contractual relationship may be made without 12 weeks' notice.</w:t>
      </w:r>
    </w:p>
    <w:p w14:paraId="3D217D7C" w14:textId="77777777" w:rsidR="00130BB1" w:rsidRDefault="00933FC5">
      <w:r>
        <w:t>Changes will not be applied retrospectively.</w:t>
      </w:r>
    </w:p>
    <w:p w14:paraId="48D7C1C8" w14:textId="77777777" w:rsidR="00130BB1" w:rsidRDefault="00933FC5">
      <w:pPr>
        <w:pStyle w:val="Heading1"/>
        <w:spacing w:before="200" w:after="80"/>
      </w:pPr>
      <w:r>
        <w:t>35. Statutory Rights and Governing Law</w:t>
      </w:r>
    </w:p>
    <w:p w14:paraId="1831F74A" w14:textId="77777777" w:rsidR="00130BB1" w:rsidRDefault="00933FC5">
      <w:r>
        <w:t>Nothing in these Terms and Conditions is intended to exclude or restrict rights that parents or carers have under applicable consumer law or other rights that cannot lawfully be excluded.</w:t>
      </w:r>
    </w:p>
    <w:p w14:paraId="4FE89F5C" w14:textId="77777777" w:rsidR="00130BB1" w:rsidRDefault="00933FC5">
      <w:r>
        <w:t>If any part of these Terms and Conditions is found to be unlawful, invalid or unenforceable, the remaining terms will continue to apply.</w:t>
      </w:r>
    </w:p>
    <w:p w14:paraId="2A365F38" w14:textId="77777777" w:rsidR="00130BB1" w:rsidRDefault="00933FC5">
      <w:r>
        <w:t>These Terms and Conditions are governed by the law of England and Wales.</w:t>
      </w:r>
    </w:p>
    <w:p w14:paraId="02EFB62C" w14:textId="77777777" w:rsidR="00130BB1" w:rsidRDefault="00933FC5">
      <w:pPr>
        <w:pStyle w:val="Heading1"/>
        <w:spacing w:before="200" w:after="80"/>
      </w:pPr>
      <w:r>
        <w:t>36. Acceptance of these Terms and Conditions</w:t>
      </w:r>
    </w:p>
    <w:p w14:paraId="412C6CC2" w14:textId="77777777" w:rsidR="00130BB1" w:rsidRDefault="00933FC5">
      <w:r>
        <w:t>Parents and carers are responsible for reading these Terms and Conditions before confirming a booking and for asking WASPS where clarification is required.</w:t>
      </w:r>
    </w:p>
    <w:p w14:paraId="60551FD9" w14:textId="77777777" w:rsidR="00130BB1" w:rsidRDefault="00933FC5">
      <w:r>
        <w:t>These Terms and Conditions apply alongside the current WASPS fee information and booking details confirmed through MagicBooking.</w:t>
      </w:r>
    </w:p>
    <w:p w14:paraId="3CB3C2B7" w14:textId="77777777" w:rsidR="00130BB1" w:rsidRDefault="00933FC5">
      <w:r>
        <w:t>The WASPS Parent Handbook provides additional practical information but does not replace these contractual Terms and Conditions.</w:t>
      </w:r>
    </w:p>
    <w:p w14:paraId="5741BC1F" w14:textId="77777777" w:rsidR="00130BB1" w:rsidRDefault="00933FC5">
      <w:r>
        <w:t>WASPS policies and procedures provide further information about how the setting operates and safeguards children.</w:t>
      </w:r>
    </w:p>
    <w:p w14:paraId="0FDAE2B5" w14:textId="77777777" w:rsidR="00130BB1" w:rsidRDefault="00933FC5">
      <w:r>
        <w:t>By accepting these Terms and Conditions and making a booking, the parent or carer agrees to comply with the arrangements set out above.</w:t>
      </w:r>
    </w:p>
    <w:p w14:paraId="5B37ED61" w14:textId="77777777" w:rsidR="00130BB1" w:rsidRDefault="00933FC5">
      <w:pPr>
        <w:spacing w:before="280" w:after="40"/>
        <w:jc w:val="center"/>
      </w:pPr>
      <w:r>
        <w:rPr>
          <w:b/>
          <w:color w:val="7030A0"/>
          <w:sz w:val="22"/>
        </w:rPr>
        <w:t>WASPS Out of School Club</w:t>
      </w:r>
    </w:p>
    <w:p w14:paraId="0B9A81DA" w14:textId="77777777" w:rsidR="00130BB1" w:rsidRDefault="00933FC5">
      <w:pPr>
        <w:spacing w:after="40"/>
        <w:jc w:val="center"/>
      </w:pPr>
      <w:r>
        <w:rPr>
          <w:sz w:val="20"/>
        </w:rPr>
        <w:t>Proprietor: Nicola English, FD (Open)</w:t>
      </w:r>
    </w:p>
    <w:p w14:paraId="417432FB" w14:textId="77777777" w:rsidR="00130BB1" w:rsidRDefault="00933FC5">
      <w:pPr>
        <w:spacing w:after="0"/>
        <w:jc w:val="center"/>
      </w:pPr>
      <w:r>
        <w:rPr>
          <w:i/>
          <w:color w:val="7030A0"/>
          <w:sz w:val="20"/>
        </w:rPr>
        <w:t>Learn, grow and have fun.</w:t>
      </w:r>
    </w:p>
    <w:sectPr w:rsidR="00130BB1" w:rsidSect="00034616">
      <w:footerReference w:type="default" r:id="rId8"/>
      <w:pgSz w:w="12240" w:h="15840"/>
      <w:pgMar w:top="1247" w:right="1247" w:bottom="1020" w:left="1247" w:header="34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AC0EC" w14:textId="77777777" w:rsidR="00933FC5" w:rsidRDefault="00933FC5">
      <w:pPr>
        <w:spacing w:after="0" w:line="240" w:lineRule="auto"/>
      </w:pPr>
      <w:r>
        <w:separator/>
      </w:r>
    </w:p>
  </w:endnote>
  <w:endnote w:type="continuationSeparator" w:id="0">
    <w:p w14:paraId="1F9A0207" w14:textId="77777777" w:rsidR="00933FC5" w:rsidRDefault="00933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2938B" w14:textId="77777777" w:rsidR="00130BB1" w:rsidRDefault="00933FC5">
    <w:pPr>
      <w:pStyle w:val="Footer"/>
      <w:jc w:val="center"/>
    </w:pPr>
    <w:r>
      <w:rPr>
        <w:color w:val="5A5A5A"/>
        <w:sz w:val="18"/>
      </w:rPr>
      <w:fldChar w:fldCharType="begin"/>
    </w:r>
    <w:r>
      <w:rPr>
        <w:color w:val="5A5A5A"/>
        <w:sz w:val="18"/>
      </w:rPr>
      <w:instrText xml:space="preserve"> PAGE </w:instrText>
    </w:r>
    <w:r w:rsidR="0097402E">
      <w:rPr>
        <w:color w:val="5A5A5A"/>
        <w:sz w:val="18"/>
      </w:rPr>
      <w:fldChar w:fldCharType="separate"/>
    </w:r>
    <w:r w:rsidR="0097402E">
      <w:rPr>
        <w:noProof/>
        <w:color w:val="5A5A5A"/>
        <w:sz w:val="18"/>
      </w:rPr>
      <w:t>1</w:t>
    </w:r>
    <w:r>
      <w:rPr>
        <w:color w:val="5A5A5A"/>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C9A9E" w14:textId="77777777" w:rsidR="00933FC5" w:rsidRDefault="00933FC5">
      <w:pPr>
        <w:spacing w:after="0" w:line="240" w:lineRule="auto"/>
      </w:pPr>
      <w:r>
        <w:separator/>
      </w:r>
    </w:p>
  </w:footnote>
  <w:footnote w:type="continuationSeparator" w:id="0">
    <w:p w14:paraId="06D72A01" w14:textId="77777777" w:rsidR="00933FC5" w:rsidRDefault="00933F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5714011">
    <w:abstractNumId w:val="8"/>
  </w:num>
  <w:num w:numId="2" w16cid:durableId="1748920312">
    <w:abstractNumId w:val="6"/>
  </w:num>
  <w:num w:numId="3" w16cid:durableId="907422848">
    <w:abstractNumId w:val="5"/>
  </w:num>
  <w:num w:numId="4" w16cid:durableId="612908758">
    <w:abstractNumId w:val="4"/>
  </w:num>
  <w:num w:numId="5" w16cid:durableId="1742749161">
    <w:abstractNumId w:val="7"/>
  </w:num>
  <w:num w:numId="6" w16cid:durableId="891773268">
    <w:abstractNumId w:val="3"/>
  </w:num>
  <w:num w:numId="7" w16cid:durableId="1516263855">
    <w:abstractNumId w:val="2"/>
  </w:num>
  <w:num w:numId="8" w16cid:durableId="1911186054">
    <w:abstractNumId w:val="1"/>
  </w:num>
  <w:num w:numId="9" w16cid:durableId="1764371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0BB1"/>
    <w:rsid w:val="0015074B"/>
    <w:rsid w:val="0029639D"/>
    <w:rsid w:val="00326F90"/>
    <w:rsid w:val="00933FC5"/>
    <w:rsid w:val="0097402E"/>
    <w:rsid w:val="00AA1D8D"/>
    <w:rsid w:val="00B47730"/>
    <w:rsid w:val="00CB0664"/>
    <w:rsid w:val="00E61F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8463E7"/>
  <w14:defaultImageDpi w14:val="300"/>
  <w15:docId w15:val="{14546A07-9011-44F5-AA35-8340F408F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hAnsi="Calibri"/>
      <w:color w:val="222222"/>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7030A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3749</Words>
  <Characters>21370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WASPS Parent Terms and Conditions</dc:title>
  <dc:subject>Parent Terms and Conditions effective 1 September 2026</dc:subject>
  <dc:creator>WASPS Out of School Club</dc:creator>
  <cp:keywords>WASPS, parent terms, childcare, bookings, fees</cp:keywords>
  <dc:description>generated by python-docx</dc:description>
  <cp:lastModifiedBy>nicola english</cp:lastModifiedBy>
  <cp:revision>2</cp:revision>
  <dcterms:created xsi:type="dcterms:W3CDTF">2026-09-05T12:09:00Z</dcterms:created>
  <dcterms:modified xsi:type="dcterms:W3CDTF">2026-09-05T12:09:00Z</dcterms:modified>
  <cp:category/>
</cp:coreProperties>
</file>